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Hisense unveils cutting-edge 55” ULED TV with enhanced features for entertainment enthusiasts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Hisense Unveils Cutting-Edge 55” ULED TV with Enhanced Features for Entertainment Enthusiasts</w:t>
      </w:r>
      <w:r/>
    </w:p>
    <w:p>
      <w:r/>
      <w:r>
        <w:t>In an exciting development for home entertainment aficionados, Hisense has introduced the Hisense 55U6N, a 55-inch U6 Series Mini-LED ULED 4K Google TV. This launch promises to redefine the viewing experience for both movie enthusiasts and gamers, combining state-of-the-art technology with visually appealing design.</w:t>
      </w:r>
      <w:r/>
    </w:p>
    <w:p>
      <w:r/>
      <w:r>
        <w:t>The new Hisense model focuses on delivering unparalleled detail and colour accuracy, thanks to its integration of Mini-LED with Full Array Local Dimming. This sophisticated technology allows viewers to enjoy remarkable detail and contrast, enriching the viewing experience by bringing to life everything from the pinpoint stars in a night sky to intricate textures lingering in shadows.</w:t>
      </w:r>
      <w:r/>
    </w:p>
    <w:p>
      <w:r/>
      <w:r>
        <w:t>A significant feature of this release is the incorporation of QLED Quantum Dot Colour. This technology boasts over a billion colours, enabling strikingly vibrant and realistic visuals that enhance television watching beyond traditional color displays.</w:t>
      </w:r>
      <w:r/>
    </w:p>
    <w:p>
      <w:r/>
      <w:r>
        <w:t>Under the hood, the Hisense 55U6N is powered by the Hi-View Engine AI, an advanced feature that enhances content quality to near-4K levels. This ensures that even non-4K content is upscaled to deliver a viewing experience that is clear, sharp, and enhanced by intelligent algorithms.</w:t>
      </w:r>
      <w:r/>
    </w:p>
    <w:p>
      <w:r/>
      <w:r>
        <w:t>For those concerned with sound quality, the Hisense 55U6N does not disappoint. It integrates Dolby Vision and Dolby Atmos technology, which combine to heighten the audio-visual experience. Dolby Vision contributes to a more dynamic picture with enhanced contrast and brightness, while Dolby Atmos provides a multidimensional audio experience.</w:t>
      </w:r>
      <w:r/>
    </w:p>
    <w:p>
      <w:r/>
      <w:r>
        <w:t>Gamers will find the Hisense 55U6N particularly appealing due to its dedicated Game Mode Plus. This feature incorporates Variable Refresh Rate (VRR) and Auto Low Latency Mode (ALLM), supported by AMD FreeSync technology. Such additions are designed to minimise lag and screen tearing for a smooth, responsive gaming interface, crucial for competitive gaming scenarios.</w:t>
      </w:r>
      <w:r/>
    </w:p>
    <w:p>
      <w:r/>
      <w:r>
        <w:t>This latest offering from Hisense is designed to take home entertainment to the next level, providing advanced features that cater to extreme precision in display and audio complexity. With the integration of Google TV, users can effortlessly access a vast array of streaming options and smart functionalities, ensuring the TV fits seamlessly into modern digital lifestyles.</w:t>
      </w:r>
      <w:r/>
    </w:p>
    <w:p>
      <w:r/>
      <w:r>
        <w:t>The Hisense 55U6N sets a new standard for consumer electronics, highlighting technological innovation aimed at enriching viewer experience. This television is currently eligible for a 35% discount, making it an attractive proposition for those looking to upgrade their home entertainment systems with a cost-effective investment.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https://www.displayspecifications.com/en/model/a18239f8</w:t>
        </w:r>
      </w:hyperlink>
      <w:r>
        <w:t xml:space="preserve"> - Corroborates the specifications of the Hisense 55U6N, including the use of Mini-LED, Full Array Local Dimming, and HDR support.</w:t>
      </w:r>
      <w:r/>
    </w:p>
    <w:p>
      <w:pPr>
        <w:pStyle w:val="ListNumber"/>
        <w:spacing w:line="240" w:lineRule="auto"/>
        <w:ind w:left="720"/>
      </w:pPr>
      <w:r/>
      <w:hyperlink r:id="rId11">
        <w:r>
          <w:rPr>
            <w:color w:val="0000EE"/>
            <w:u w:val="single"/>
          </w:rPr>
          <w:t>https://www.hisense-usa.com/televisions/hisense-55-u6-series-mini-led-uled-4k-google-tv-55u6k</w:t>
        </w:r>
      </w:hyperlink>
      <w:r>
        <w:t xml:space="preserve"> - Supports the integration of QLED Quantum Dot Colour and the resulting vibrant and realistic visuals.</w:t>
      </w:r>
      <w:r/>
    </w:p>
    <w:p>
      <w:pPr>
        <w:pStyle w:val="ListNumber"/>
        <w:spacing w:line="240" w:lineRule="auto"/>
        <w:ind w:left="720"/>
      </w:pPr>
      <w:r/>
      <w:hyperlink r:id="rId12">
        <w:r>
          <w:rPr>
            <w:color w:val="0000EE"/>
            <w:u w:val="single"/>
          </w:rPr>
          <w:t>https://www.pcmag.com/reviews/hisense-55u6n</w:t>
        </w:r>
      </w:hyperlink>
      <w:r>
        <w:t xml:space="preserve"> - Details the Hi-View Engine AI and its role in enhancing content quality to near-4K levels, as well as the TV's HDR capabilities and Dolby Vision support.</w:t>
      </w:r>
      <w:r/>
    </w:p>
    <w:p>
      <w:pPr>
        <w:pStyle w:val="ListNumber"/>
        <w:spacing w:line="240" w:lineRule="auto"/>
        <w:ind w:left="720"/>
      </w:pPr>
      <w:r/>
      <w:hyperlink r:id="rId12">
        <w:r>
          <w:rPr>
            <w:color w:val="0000EE"/>
            <w:u w:val="single"/>
          </w:rPr>
          <w:t>https://www.pcmag.com/reviews/hisense-55u6n</w:t>
        </w:r>
      </w:hyperlink>
      <w:r>
        <w:t xml:space="preserve"> - Explains the audio features, including Dolby Atmos, and the overall audio-visual experience.</w:t>
      </w:r>
      <w:r/>
    </w:p>
    <w:p>
      <w:pPr>
        <w:pStyle w:val="ListNumber"/>
        <w:spacing w:line="240" w:lineRule="auto"/>
        <w:ind w:left="720"/>
      </w:pPr>
      <w:r/>
      <w:hyperlink r:id="rId13">
        <w:r>
          <w:rPr>
            <w:color w:val="0000EE"/>
            <w:u w:val="single"/>
          </w:rPr>
          <w:t>https://www.rtings.com/tv/reviews/hisense/u6-u6n</w:t>
        </w:r>
      </w:hyperlink>
      <w:r>
        <w:t xml:space="preserve"> - Discusses the gaming features, such as Game Mode Plus, Variable Refresh Rate (VRR), and Auto Low Latency Mode (ALLM).</w:t>
      </w:r>
      <w:r/>
    </w:p>
    <w:p>
      <w:pPr>
        <w:pStyle w:val="ListNumber"/>
        <w:spacing w:line="240" w:lineRule="auto"/>
        <w:ind w:left="720"/>
      </w:pPr>
      <w:r/>
      <w:hyperlink r:id="rId13">
        <w:r>
          <w:rPr>
            <w:color w:val="0000EE"/>
            <w:u w:val="single"/>
          </w:rPr>
          <w:t>https://www.rtings.com/tv/reviews/hisense/u6-u6n</w:t>
        </w:r>
      </w:hyperlink>
      <w:r>
        <w:t xml:space="preserve"> - Provides information on the TV's performance, including its contrast, black levels, and upscaling capabilities.</w:t>
      </w:r>
      <w:r/>
    </w:p>
    <w:p>
      <w:pPr>
        <w:pStyle w:val="ListNumber"/>
        <w:spacing w:line="240" w:lineRule="auto"/>
        <w:ind w:left="720"/>
      </w:pPr>
      <w:r/>
      <w:hyperlink r:id="rId14">
        <w:r>
          <w:rPr>
            <w:color w:val="0000EE"/>
            <w:u w:val="single"/>
          </w:rPr>
          <w:t>https://www.hisense-usa.com/televisions/hisense-55-class-u6-series-mini-led-uled-4k-google-tv-55u6n</w:t>
        </w:r>
      </w:hyperlink>
      <w:r>
        <w:t xml:space="preserve"> - Highlights the Mini-LED technology and Full Array Local Dimming Pro, enhancing detail and contrast.</w:t>
      </w:r>
      <w:r/>
    </w:p>
    <w:p>
      <w:pPr>
        <w:pStyle w:val="ListNumber"/>
        <w:spacing w:line="240" w:lineRule="auto"/>
        <w:ind w:left="720"/>
      </w:pPr>
      <w:r/>
      <w:hyperlink r:id="rId10">
        <w:r>
          <w:rPr>
            <w:color w:val="0000EE"/>
            <w:u w:val="single"/>
          </w:rPr>
          <w:t>https://www.displayspecifications.com/en/model/a18239f8</w:t>
        </w:r>
      </w:hyperlink>
      <w:r>
        <w:t xml:space="preserve"> - Details the connectivity options, including HDMI ports, USB ports, and other interfaces, which support the integration of Google TV and smart functionalities.</w:t>
      </w:r>
      <w:r/>
    </w:p>
    <w:p>
      <w:pPr>
        <w:pStyle w:val="ListNumber"/>
        <w:spacing w:line="240" w:lineRule="auto"/>
        <w:ind w:left="720"/>
      </w:pPr>
      <w:r/>
      <w:hyperlink r:id="rId12">
        <w:r>
          <w:rPr>
            <w:color w:val="0000EE"/>
            <w:u w:val="single"/>
          </w:rPr>
          <w:t>https://www.pcmag.com/reviews/hisense-55u6n</w:t>
        </w:r>
      </w:hyperlink>
      <w:r>
        <w:t xml:space="preserve"> - Explains the Google TV interface and its smart features, including voice control and access to various streaming services.</w:t>
      </w:r>
      <w:r/>
    </w:p>
    <w:p>
      <w:pPr>
        <w:pStyle w:val="ListNumber"/>
        <w:spacing w:line="240" w:lineRule="auto"/>
        <w:ind w:left="720"/>
      </w:pPr>
      <w:r/>
      <w:hyperlink r:id="rId13">
        <w:r>
          <w:rPr>
            <w:color w:val="0000EE"/>
            <w:u w:val="single"/>
          </w:rPr>
          <w:t>https://www.rtings.com/tv/reviews/hisense/u6-u6n</w:t>
        </w:r>
      </w:hyperlink>
      <w:r>
        <w:t xml:space="preserve"> - Compares the Hisense 55U6N with other models, highlighting its advancements and value for home entertainment.</w:t>
      </w:r>
      <w:r/>
    </w:p>
    <w:p>
      <w:pPr>
        <w:pStyle w:val="ListNumber"/>
        <w:spacing w:line="240" w:lineRule="auto"/>
        <w:ind w:left="720"/>
      </w:pPr>
      <w:r/>
      <w:hyperlink r:id="rId12">
        <w:r>
          <w:rPr>
            <w:color w:val="0000EE"/>
            <w:u w:val="single"/>
          </w:rPr>
          <w:t>https://www.pcmag.com/reviews/hisense-55u6n</w:t>
        </w:r>
      </w:hyperlink>
      <w:r>
        <w:t xml:space="preserve"> - Mentions the pricing and value proposition of the Hisense 55U6N, including its competitive pricing and features.</w:t>
      </w:r>
      <w:r/>
    </w:p>
    <w:p>
      <w:pPr>
        <w:pStyle w:val="ListNumber"/>
        <w:spacing w:line="240" w:lineRule="auto"/>
        <w:ind w:left="720"/>
      </w:pPr>
      <w:r/>
      <w:hyperlink r:id="rId15">
        <w:r>
          <w:rPr>
            <w:color w:val="0000EE"/>
            <w:u w:val="single"/>
          </w:rPr>
          <w:t>https://thegadgetflow.com/product/hisense-u6-series-55u6n-uled-4k-smart-tv/</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displayspecifications.com/en/model/a18239f8" TargetMode="External"/><Relationship Id="rId11" Type="http://schemas.openxmlformats.org/officeDocument/2006/relationships/hyperlink" Target="https://www.hisense-usa.com/televisions/hisense-55-u6-series-mini-led-uled-4k-google-tv-55u6k" TargetMode="External"/><Relationship Id="rId12" Type="http://schemas.openxmlformats.org/officeDocument/2006/relationships/hyperlink" Target="https://www.pcmag.com/reviews/hisense-55u6n" TargetMode="External"/><Relationship Id="rId13" Type="http://schemas.openxmlformats.org/officeDocument/2006/relationships/hyperlink" Target="https://www.rtings.com/tv/reviews/hisense/u6-u6n" TargetMode="External"/><Relationship Id="rId14" Type="http://schemas.openxmlformats.org/officeDocument/2006/relationships/hyperlink" Target="https://www.hisense-usa.com/televisions/hisense-55-class-u6-series-mini-led-uled-4k-google-tv-55u6n" TargetMode="External"/><Relationship Id="rId15" Type="http://schemas.openxmlformats.org/officeDocument/2006/relationships/hyperlink" Target="https://thegadgetflow.com/product/hisense-u6-series-55u6n-uled-4k-smart-tv/"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