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robot offers quick eyelash extensions in Oakland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Robot Offers Quick Eyelash Extensions in Oakland</w:t>
      </w:r>
      <w:r/>
    </w:p>
    <w:p>
      <w:r/>
      <w:r>
        <w:t>A groundbreaking development in the beauty industry is taking place in Oakland, California, where LUUM Lash salon is employing an advanced AI robot to apply eyelash extensions. This cutting-edge service provides an efficient and high-tech alternative to traditional methods, reducing the time typically needed for such a treatment.</w:t>
      </w:r>
      <w:r/>
    </w:p>
    <w:p>
      <w:r/>
      <w:r>
        <w:t>The robot, affectionately named Farrah, is part of a proprietary technology that LUUM Lash has developed. This technology utilises computer vision and artificial intelligence, streamlining the process of applying eyelash extensions. Visitors to the salon can expect to spend less than an hour for a full set of lashes, which is a significant reduction from the usual two to three hours required for conventional methods.</w:t>
      </w:r>
      <w:r/>
    </w:p>
    <w:p>
      <w:r/>
      <w:r>
        <w:t>Upon arrival at the salon, customers undergo a typical consultation with a human lash artist, who determines the best shape and length of extensions suitable for the client. The preparation includes cleaning the eyelashes and placing eye pads with barcodes on the lids. These barcodes aid Farrah in navigating and identifying the lash areas through markers, ensuring precision during the application process.</w:t>
      </w:r>
      <w:r/>
    </w:p>
    <w:p>
      <w:r/>
      <w:r>
        <w:t>The actual application involves a delicate procedure where Farrah efficiently isolates a natural lash and attaches an extension dabbed with adhesive. One notable feature of the treatment is the use of blue light to cure the adhesive, allowing the extensions to dry instantly and securely.</w:t>
      </w:r>
      <w:r/>
    </w:p>
    <w:p>
      <w:r/>
      <w:r>
        <w:t>While the AI handles the bulk of the work, there remains a significant role for the human lash artist. They oversee the robot's operations, offer aesthetic consultations, and make necessary adjustments to ensure a bespoke finish. This collaboration between human expertise and mechanical precision offers a new dimension to the beauty treatment.</w:t>
      </w:r>
      <w:r/>
    </w:p>
    <w:p>
      <w:r/>
      <w:r>
        <w:t>The service, priced at $170 for a full set and $80 for refills, stands competitive with traditional eyelash extensions, which can range from $100 to $300. Despite the robot primarily handling the application, the human touch in personalisation and care remains an integral part of the service, which customers are encouraged to acknowledge through tipping.</w:t>
      </w:r>
      <w:r/>
    </w:p>
    <w:p>
      <w:r/>
      <w:r>
        <w:t>Safety remains a core focus for LUUM Lash. The AI technology has undergone thorough testing and is fitted with safety features, including a magnetic release function that halts the machine upon detection of sudden movements, such as sneezes or twitches. However, potential risks still exist, such as allergic reactions to cyanoacrylate, the adhesive used, although this is a common risk shared with traditional eyelash extensions.</w:t>
      </w:r>
      <w:r/>
    </w:p>
    <w:p>
      <w:r/>
      <w:r>
        <w:t>The salon's innovation does not stop with just one location. LUUM Lash plans to expand their offering, starting with a pop-up shop at the Nordstrom Valley Fair store in San Jose, California, this coming November.</w:t>
      </w:r>
      <w:r/>
    </w:p>
    <w:p>
      <w:r/>
      <w:r>
        <w:t>As the beauty industry continues to incorporate technology, services like those offered at LUUM Lash highlight a growing trend towards efficiency and precision, reshaping beauty routines for clients looking for time-saving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https://www.forbes.com/sites/dahvishira/2024/05/28/lash-extensions-from-an-ai-robot-is-this-the-future-of-beauty/</w:t>
        </w:r>
      </w:hyperlink>
      <w:r>
        <w:t xml:space="preserve"> - Corroborates the use of AI and robotics in LUUM Lash's eyelash extension process and the founders' background.</w:t>
      </w:r>
      <w:r/>
    </w:p>
    <w:p>
      <w:pPr>
        <w:pStyle w:val="ListNumber"/>
        <w:spacing w:line="240" w:lineRule="auto"/>
        <w:ind w:left="720"/>
      </w:pPr>
      <w:r/>
      <w:hyperlink r:id="rId11">
        <w:r>
          <w:rPr>
            <w:color w:val="0000EE"/>
            <w:u w:val="single"/>
          </w:rPr>
          <w:t>https://www.luumlash.com</w:t>
        </w:r>
      </w:hyperlink>
      <w:r>
        <w:t xml:space="preserve"> - Supports the combination of AI, machine learning, and robotics in LUUM Lash's technology.</w:t>
      </w:r>
      <w:r/>
    </w:p>
    <w:p>
      <w:pPr>
        <w:pStyle w:val="ListNumber"/>
        <w:spacing w:line="240" w:lineRule="auto"/>
        <w:ind w:left="720"/>
      </w:pPr>
      <w:r/>
      <w:hyperlink r:id="rId12">
        <w:r>
          <w:rPr>
            <w:color w:val="0000EE"/>
            <w:u w:val="single"/>
          </w:rPr>
          <w:t>https://www.luumlash.com/how-it-works</w:t>
        </w:r>
      </w:hyperlink>
      <w:r>
        <w:t xml:space="preserve"> - Details the use of computer vision, artificial intelligence, and safety features like the magnetic release innovation.</w:t>
      </w:r>
      <w:r/>
    </w:p>
    <w:p>
      <w:pPr>
        <w:pStyle w:val="ListNumber"/>
        <w:spacing w:line="240" w:lineRule="auto"/>
        <w:ind w:left="720"/>
      </w:pPr>
      <w:r/>
      <w:hyperlink r:id="rId10">
        <w:r>
          <w:rPr>
            <w:color w:val="0000EE"/>
            <w:u w:val="single"/>
          </w:rPr>
          <w:t>https://www.forbes.com/sites/dahvishira/2024/05/28/lash-extensions-from-an-ai-robot-is-this-the-future-of-beauty/</w:t>
        </w:r>
      </w:hyperlink>
      <w:r>
        <w:t xml:space="preserve"> - Explains the process of applying eyelash extensions, including the role of human lash artists and the use of barcodes for navigation.</w:t>
      </w:r>
      <w:r/>
    </w:p>
    <w:p>
      <w:pPr>
        <w:pStyle w:val="ListNumber"/>
        <w:spacing w:line="240" w:lineRule="auto"/>
        <w:ind w:left="720"/>
      </w:pPr>
      <w:r/>
      <w:hyperlink r:id="rId12">
        <w:r>
          <w:rPr>
            <w:color w:val="0000EE"/>
            <w:u w:val="single"/>
          </w:rPr>
          <w:t>https://www.luumlash.com/how-it-works</w:t>
        </w:r>
      </w:hyperlink>
      <w:r>
        <w:t xml:space="preserve"> - Describes the precise and repetitive movements of the robot and the safety measures in place.</w:t>
      </w:r>
      <w:r/>
    </w:p>
    <w:p>
      <w:pPr>
        <w:pStyle w:val="ListNumber"/>
        <w:spacing w:line="240" w:lineRule="auto"/>
        <w:ind w:left="720"/>
      </w:pPr>
      <w:r/>
      <w:hyperlink r:id="rId10">
        <w:r>
          <w:rPr>
            <w:color w:val="0000EE"/>
            <w:u w:val="single"/>
          </w:rPr>
          <w:t>https://www.forbes.com/sites/dahvishira/2024/05/28/lash-extensions-from-an-ai-robot-is-this-the-future-of-beauty/</w:t>
        </w:r>
      </w:hyperlink>
      <w:r>
        <w:t xml:space="preserve"> - Mentions the pricing of the service, including $175 for a full set and $80 for refills, and the competitive pricing with traditional methods.</w:t>
      </w:r>
      <w:r/>
    </w:p>
    <w:p>
      <w:pPr>
        <w:pStyle w:val="ListNumber"/>
        <w:spacing w:line="240" w:lineRule="auto"/>
        <w:ind w:left="720"/>
      </w:pPr>
      <w:r/>
      <w:hyperlink r:id="rId12">
        <w:r>
          <w:rPr>
            <w:color w:val="0000EE"/>
            <w:u w:val="single"/>
          </w:rPr>
          <w:t>https://www.luumlash.com/how-it-works</w:t>
        </w:r>
      </w:hyperlink>
      <w:r>
        <w:t xml:space="preserve"> - Highlights the safety features, including the magnetic release function and the involvement of an Eye-Care Advisory Board.</w:t>
      </w:r>
      <w:r/>
    </w:p>
    <w:p>
      <w:pPr>
        <w:pStyle w:val="ListNumber"/>
        <w:spacing w:line="240" w:lineRule="auto"/>
        <w:ind w:left="720"/>
      </w:pPr>
      <w:r/>
      <w:hyperlink r:id="rId10">
        <w:r>
          <w:rPr>
            <w:color w:val="0000EE"/>
            <w:u w:val="single"/>
          </w:rPr>
          <w:t>https://www.forbes.com/sites/dahvishira/2024/05/28/lash-extensions-from-an-ai-robot-is-this-the-future-of-beauty/</w:t>
        </w:r>
      </w:hyperlink>
      <w:r>
        <w:t xml:space="preserve"> - Discusses the expansion plans, including a pop-up shop at the Nordstrom Valley Fair store in San Jose, California.</w:t>
      </w:r>
      <w:r/>
    </w:p>
    <w:p>
      <w:pPr>
        <w:pStyle w:val="ListNumber"/>
        <w:spacing w:line="240" w:lineRule="auto"/>
        <w:ind w:left="720"/>
      </w:pPr>
      <w:r/>
      <w:hyperlink r:id="rId13">
        <w:r>
          <w:rPr>
            <w:color w:val="0000EE"/>
            <w:u w:val="single"/>
          </w:rPr>
          <w:t>https://www.luumlash.com/book</w:t>
        </w:r>
      </w:hyperlink>
      <w:r>
        <w:t xml:space="preserve"> - Provides details on booking appointments and the service policy, including safety and conduct expectations.</w:t>
      </w:r>
      <w:r/>
    </w:p>
    <w:p>
      <w:pPr>
        <w:pStyle w:val="ListNumber"/>
        <w:spacing w:line="240" w:lineRule="auto"/>
        <w:ind w:left="720"/>
      </w:pPr>
      <w:r/>
      <w:hyperlink r:id="rId10">
        <w:r>
          <w:rPr>
            <w:color w:val="0000EE"/>
            <w:u w:val="single"/>
          </w:rPr>
          <w:t>https://www.forbes.com/sites/dahvishira/2024/05/28/lash-extensions-from-an-ai-robot-is-this-the-future-of-beauty/</w:t>
        </w:r>
      </w:hyperlink>
      <w:r>
        <w:t xml:space="preserve"> - Explains the role of human lash artists in overseeing the robot's operations and making necessary adjustments.</w:t>
      </w:r>
      <w:r/>
    </w:p>
    <w:p>
      <w:pPr>
        <w:pStyle w:val="ListNumber"/>
        <w:spacing w:line="240" w:lineRule="auto"/>
        <w:ind w:left="720"/>
      </w:pPr>
      <w:r/>
      <w:hyperlink r:id="rId12">
        <w:r>
          <w:rPr>
            <w:color w:val="0000EE"/>
            <w:u w:val="single"/>
          </w:rPr>
          <w:t>https://www.luumlash.com/how-it-works</w:t>
        </w:r>
      </w:hyperlink>
      <w:r>
        <w:t xml:space="preserve"> - Details the use of blue light to cure the adhesive and the overall efficiency of the process.</w:t>
      </w:r>
      <w:r/>
    </w:p>
    <w:p>
      <w:pPr>
        <w:pStyle w:val="ListNumber"/>
        <w:spacing w:line="240" w:lineRule="auto"/>
        <w:ind w:left="720"/>
      </w:pPr>
      <w:r/>
      <w:hyperlink r:id="rId14">
        <w:r>
          <w:rPr>
            <w:color w:val="0000EE"/>
            <w:u w:val="single"/>
          </w:rPr>
          <w:t>https://news.google.com/rss/articles/CBMibEFVX3lxTE9HRzk2c1I4UVV5MUREMnAtZkdQSHl5aWI3d3I1cmYzbVhfN1FNN1lBVVhaWnZWQ0hsYU1OQnJCSXhMNmdGczlVMERqY2VHa3k0dlNHNllhS2wzS19iT1FjdHl4b2FNTW4wRXd2Qw?oc=5&amp;hl=en-US&amp;gl=US&amp;ceid=US:en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dahvishira/2024/05/28/lash-extensions-from-an-ai-robot-is-this-the-future-of-beauty/" TargetMode="External"/><Relationship Id="rId11" Type="http://schemas.openxmlformats.org/officeDocument/2006/relationships/hyperlink" Target="https://www.luumlash.com" TargetMode="External"/><Relationship Id="rId12" Type="http://schemas.openxmlformats.org/officeDocument/2006/relationships/hyperlink" Target="https://www.luumlash.com/how-it-works" TargetMode="External"/><Relationship Id="rId13" Type="http://schemas.openxmlformats.org/officeDocument/2006/relationships/hyperlink" Target="https://www.luumlash.com/book" TargetMode="External"/><Relationship Id="rId14" Type="http://schemas.openxmlformats.org/officeDocument/2006/relationships/hyperlink" Target="https://news.google.com/rss/articles/CBMibEFVX3lxTE9HRzk2c1I4UVV5MUREMnAtZkdQSHl5aWI3d3I1cmYzbVhfN1FNN1lBVVhaWnZWQ0hsYU1OQnJCSXhMNmdGczlVMERqY2VHa3k0dlNHNllhS2wzS19iT1FjdHl4b2FNTW4wRXd2Q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