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London hosts key updates in digital technology and network security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November 2024, London became the focal point of significant advancements in digital technology and network security with major updates released by two leading tech companies, WSO2 and Microsoft. These updates aim to enhance the management of APIs, boost developer productivity, extend Kubernetes support, and increase security measures as enterprises continue to leverage artificial intelligence (AI) and cloud computing for competitive advantages.</w:t>
      </w:r>
      <w:r/>
    </w:p>
    <w:p>
      <w:r/>
      <w:r>
        <w:t>WSO2, an established entity in API management, announced the latest versions of its API Manager and API Platform for Kubernetes. Their newly available open-source software enables organisations to manage AI services more efficiently as APIs, providing visibility and control over AI operations across various service providers like OpenAI and Microsoft Azure OpenAI. With enhancements tailored for Kubernetes-native API management, WSO2 expands its support to cater to the growing microservices and API-driven architectures globally. The releases also target improving developer productivity with features like subscription rate limit policies and API discoverability advancements through their unified control panel.</w:t>
      </w:r>
      <w:r/>
    </w:p>
    <w:p>
      <w:r/>
      <w:r>
        <w:t>Christopher Davey, Vice President and General Manager of API Management at WSO2, stated these enhancements would further the company's commitment to offering a competitive digital innovation platform. The updates are designed to cater to the demands for efficient API consumption within developer communities by streamlining processes and improving security protocols, such as through the use of mutual TLS authentication for varied environments and personal access tokens for secure API interactions.</w:t>
      </w:r>
      <w:r/>
    </w:p>
    <w:p>
      <w:r/>
      <w:r>
        <w:t>Similarly, Microsoft Azure introduced significant network service enhancements aimed at bolstering security, performance, and manageability of applications running in the cloud. These updates are part of Azure’s endeavour to support mission-critical applications with reinforced network infrastructure. Notably, the introduction of the Bastion Developer SKU offers a no-cost option for secure virtual machine connectivity, while the virtual network encryption feature encrypts data in transit to address security requirements across various sectors.</w:t>
      </w:r>
      <w:r/>
    </w:p>
    <w:p>
      <w:r/>
      <w:r>
        <w:t>Azure's announcements extended to resiliency and reliability improvements through tools like the ExpressRoute Metro SKU, which enhances connectivity reliability by incorporating redundancy across multiple city sites. Azure Load Balancer’s new “Admin State” feature improves manageability by allowing direct control over backend traffic, marking another step towards simplifying and securing network operations.</w:t>
      </w:r>
      <w:r/>
    </w:p>
    <w:p>
      <w:r/>
      <w:r>
        <w:t>Further enhancing Azure's capacity to handle complex cloud environments, the IP Address Management solution in Azure Virtual Network manager offers a robust platform for managing IP address pools, accommodating over a million routable IPs. Additionally, the launch of Advanced Container Networking Services aims to equip developers with enhanced tools for monitoring network traffic within Kubernetes applications, facilitating more seamless management and security.</w:t>
      </w:r>
      <w:r/>
    </w:p>
    <w:p>
      <w:r/>
      <w:r>
        <w:t>These developments from WSO2 and Microsoft illustrate a momentum in the tech industry towards more sophisticated, integrated solutions that cater to both innovation demands and security imperatives. By advancing their capabilities and offerings, both companies underscore their roles in shaping the digital landscape to meet the evolving needs of businesses adopting AI, containerisation, and cloud-native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https://www.infoworld.com/article/3599562/wso2-api-managers-manage-ai-apis.html</w:t>
        </w:r>
      </w:hyperlink>
      <w:r>
        <w:t xml:space="preserve"> - Corroborates WSO2's updates to manage AI services as APIs, support for Kubernetes-native API management, and enhancements in security and access controls.</w:t>
      </w:r>
      <w:r/>
    </w:p>
    <w:p>
      <w:pPr>
        <w:pStyle w:val="ListNumber"/>
        <w:spacing w:line="240" w:lineRule="auto"/>
        <w:ind w:left="720"/>
      </w:pPr>
      <w:r/>
      <w:hyperlink r:id="rId10">
        <w:r>
          <w:rPr>
            <w:color w:val="0000EE"/>
            <w:u w:val="single"/>
          </w:rPr>
          <w:t>https://www.infoworld.com/article/3599562/wso2-api-managers-manage-ai-apis.html</w:t>
        </w:r>
      </w:hyperlink>
      <w:r>
        <w:t xml:space="preserve"> - Details the addition of Egress API Management capability and support for service providers like OpenAI and Microsoft Azure OpenAI.</w:t>
      </w:r>
      <w:r/>
    </w:p>
    <w:p>
      <w:pPr>
        <w:pStyle w:val="ListNumber"/>
        <w:spacing w:line="240" w:lineRule="auto"/>
        <w:ind w:left="720"/>
      </w:pPr>
      <w:r/>
      <w:hyperlink r:id="rId11">
        <w:r>
          <w:rPr>
            <w:color w:val="0000EE"/>
            <w:u w:val="single"/>
          </w:rPr>
          <w:t>https://github.com/wso2/k8s-wso2am-operator</w:t>
        </w:r>
      </w:hyperlink>
      <w:r>
        <w:t xml:space="preserve"> - Provides instructions on deploying WSO2 API Manager in Kubernetes, supporting the claim of extended Kubernetes support.</w:t>
      </w:r>
      <w:r/>
    </w:p>
    <w:p>
      <w:pPr>
        <w:pStyle w:val="ListNumber"/>
        <w:spacing w:line="240" w:lineRule="auto"/>
        <w:ind w:left="720"/>
      </w:pPr>
      <w:r/>
      <w:hyperlink r:id="rId12">
        <w:r>
          <w:rPr>
            <w:color w:val="0000EE"/>
            <w:u w:val="single"/>
          </w:rPr>
          <w:t>https://apim.docs.wso2.com/en/3.1.0/install-and-setup/install/deploying-api-manager-with-kubernetes-or-openshift-resources/</w:t>
        </w:r>
      </w:hyperlink>
      <w:r>
        <w:t xml:space="preserve"> - Explains the deployment of WSO2 API Manager using Kubernetes and Helm resources, highlighting the integration with Kubernetes.</w:t>
      </w:r>
      <w:r/>
    </w:p>
    <w:p>
      <w:pPr>
        <w:pStyle w:val="ListNumber"/>
        <w:spacing w:line="240" w:lineRule="auto"/>
        <w:ind w:left="720"/>
      </w:pPr>
      <w:r/>
      <w:hyperlink r:id="rId13">
        <w:r>
          <w:rPr>
            <w:color w:val="0000EE"/>
            <w:u w:val="single"/>
          </w:rPr>
          <w:t>https://apim.docs.wso2.com/en/4.1.0/install-and-setup/install/deploying-api-manager-with-kubernetes-or-openshift-resources/</w:t>
        </w:r>
      </w:hyperlink>
      <w:r>
        <w:t xml:space="preserve"> - Details the configuration and deployment process of WSO2 API Manager with Kubernetes, including the use of Helm resources.</w:t>
      </w:r>
      <w:r/>
    </w:p>
    <w:p>
      <w:pPr>
        <w:pStyle w:val="ListNumber"/>
        <w:spacing w:line="240" w:lineRule="auto"/>
        <w:ind w:left="720"/>
      </w:pPr>
      <w:r/>
      <w:hyperlink r:id="rId14">
        <w:r>
          <w:rPr>
            <w:color w:val="0000EE"/>
            <w:u w:val="single"/>
          </w:rPr>
          <w:t>https://wso2.com/api-platform-for-k8s/</w:t>
        </w:r>
      </w:hyperlink>
      <w:r>
        <w:t xml:space="preserve"> - Describes WSO2 API Platform for Kubernetes (APK) and its features, including extended Kubernetes support and enhanced security measures.</w:t>
      </w:r>
      <w:r/>
    </w:p>
    <w:p>
      <w:pPr>
        <w:pStyle w:val="ListNumber"/>
        <w:spacing w:line="240" w:lineRule="auto"/>
        <w:ind w:left="720"/>
      </w:pPr>
      <w:r/>
      <w:hyperlink r:id="rId14">
        <w:r>
          <w:rPr>
            <w:color w:val="0000EE"/>
            <w:u w:val="single"/>
          </w:rPr>
          <w:t>https://wso2.com/api-platform-for-k8s/</w:t>
        </w:r>
      </w:hyperlink>
      <w:r>
        <w:t xml:space="preserve"> - Explains the integration of WSO2 API Manager's control plane with WSO2 APK’s data plane in Kubernetes environments.</w:t>
      </w:r>
      <w:r/>
    </w:p>
    <w:p>
      <w:pPr>
        <w:pStyle w:val="ListNumber"/>
        <w:spacing w:line="240" w:lineRule="auto"/>
        <w:ind w:left="720"/>
      </w:pPr>
      <w:r/>
      <w:hyperlink r:id="rId10">
        <w:r>
          <w:rPr>
            <w:color w:val="0000EE"/>
            <w:u w:val="single"/>
          </w:rPr>
          <w:t>https://www.infoworld.com/article/3599562/wso2-api-managers-manage-ai-apis.html</w:t>
        </w:r>
      </w:hyperlink>
      <w:r>
        <w:t xml:space="preserve"> - Mentions the introduction of personal access tokens for secure API interactions and improved API discoverability through the unified control panel.</w:t>
      </w:r>
      <w:r/>
    </w:p>
    <w:p>
      <w:pPr>
        <w:pStyle w:val="ListNumber"/>
        <w:spacing w:line="240" w:lineRule="auto"/>
        <w:ind w:left="720"/>
      </w:pPr>
      <w:r/>
      <w:hyperlink r:id="rId11">
        <w:r>
          <w:rPr>
            <w:color w:val="0000EE"/>
            <w:u w:val="single"/>
          </w:rPr>
          <w:t>https://github.com/wso2/k8s-wso2am-operator</w:t>
        </w:r>
      </w:hyperlink>
      <w:r>
        <w:t xml:space="preserve"> - Provides details on the deployment scenarios and configurations for WSO2 API Manager in Kubernetes, supporting the claim of streamlined processes.</w:t>
      </w:r>
      <w:r/>
    </w:p>
    <w:p>
      <w:pPr>
        <w:pStyle w:val="ListNumber"/>
        <w:spacing w:line="240" w:lineRule="auto"/>
        <w:ind w:left="720"/>
      </w:pPr>
      <w:r/>
      <w:hyperlink r:id="rId13">
        <w:r>
          <w:rPr>
            <w:color w:val="0000EE"/>
            <w:u w:val="single"/>
          </w:rPr>
          <w:t>https://apim.docs.wso2.com/en/4.1.0/install-and-setup/install/deploying-api-manager-with-kubernetes-or-openshift-resources/</w:t>
        </w:r>
      </w:hyperlink>
      <w:r>
        <w:t xml:space="preserve"> - Details the access and management of the WSO2 API Manager console in a Kubernetes environment, highlighting security and manageability enhancements.</w:t>
      </w:r>
      <w:r/>
    </w:p>
    <w:p>
      <w:pPr>
        <w:pStyle w:val="ListNumber"/>
        <w:spacing w:line="240" w:lineRule="auto"/>
        <w:ind w:left="720"/>
      </w:pPr>
      <w:r/>
      <w:hyperlink r:id="rId15">
        <w:r>
          <w:rPr>
            <w:color w:val="0000EE"/>
            <w:u w:val="single"/>
          </w:rPr>
          <w:t>https://uktechnews.co.uk/2024/11/07/latest-wso2-api-management-products-help-enterprises-to-manage-ai-apis-maximise-developer-productivity-and-future-proof-their-deployments/</w:t>
        </w:r>
      </w:hyperlink>
      <w:r>
        <w:t xml:space="preserve"> - Please view link - unable to able to access data</w:t>
      </w:r>
      <w:r/>
    </w:p>
    <w:p>
      <w:pPr>
        <w:pStyle w:val="ListNumber"/>
        <w:spacing w:line="240" w:lineRule="auto"/>
        <w:ind w:left="720"/>
      </w:pPr>
      <w:r/>
      <w:hyperlink r:id="rId16">
        <w:r>
          <w:rPr>
            <w:color w:val="0000EE"/>
            <w:u w:val="single"/>
          </w:rPr>
          <w:t>https://news.google.com/rss/articles/CBMiywFBVV95cUxPbzJUaFZfRzJKZmw2elppUTRFRVZJdUdVVDlzaEVLR3VuUmdWWUdNTkZQYmRLTmhWUVZwaE1FMUIxbFVhTG9oTFUxaFJMdWx1RS1YcFVvaHdWXzVLMUVSNFpOeUhDNWJzNjFja2lOUFNIOU50VXZGWmg5ZWZyUGZ2eVp5RjBvSGZBOFRzVGcwbXBXSlFMTnVQTkhGVklkanQxSW5ESzBvNkZ1YkpzSUNoQ1VuRGduYll6b3FVNk1RcDhFM1lDdFlNRkNmNA?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foworld.com/article/3599562/wso2-api-managers-manage-ai-apis.html" TargetMode="External"/><Relationship Id="rId11" Type="http://schemas.openxmlformats.org/officeDocument/2006/relationships/hyperlink" Target="https://github.com/wso2/k8s-wso2am-operator" TargetMode="External"/><Relationship Id="rId12" Type="http://schemas.openxmlformats.org/officeDocument/2006/relationships/hyperlink" Target="https://apim.docs.wso2.com/en/3.1.0/install-and-setup/install/deploying-api-manager-with-kubernetes-or-openshift-resources/" TargetMode="External"/><Relationship Id="rId13" Type="http://schemas.openxmlformats.org/officeDocument/2006/relationships/hyperlink" Target="https://apim.docs.wso2.com/en/4.1.0/install-and-setup/install/deploying-api-manager-with-kubernetes-or-openshift-resources/" TargetMode="External"/><Relationship Id="rId14" Type="http://schemas.openxmlformats.org/officeDocument/2006/relationships/hyperlink" Target="https://wso2.com/api-platform-for-k8s/" TargetMode="External"/><Relationship Id="rId15" Type="http://schemas.openxmlformats.org/officeDocument/2006/relationships/hyperlink" Target="https://uktechnews.co.uk/2024/11/07/latest-wso2-api-management-products-help-enterprises-to-manage-ai-apis-maximise-developer-productivity-and-future-proof-their-deployments/" TargetMode="External"/><Relationship Id="rId16" Type="http://schemas.openxmlformats.org/officeDocument/2006/relationships/hyperlink" Target="https://news.google.com/rss/articles/CBMiywFBVV95cUxPbzJUaFZfRzJKZmw2elppUTRFRVZJdUdVVDlzaEVLR3VuUmdWWUdNTkZQYmRLTmhWUVZwaE1FMUIxbFVhTG9oTFUxaFJMdWx1RS1YcFVvaHdWXzVLMUVSNFpOeUhDNWJzNjFja2lOUFNIOU50VXZGWmg5ZWZyUGZ2eVp5RjBvSGZBOFRzVGcwbXBXSlFMTnVQTkhGVklkanQxSW5ESzBvNkZ1YkpzSUNoQ1VuRGduYll6b3FVNk1RcDhFM1lDdFlNRkNmNA?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