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Meta's AI data centre plans thwarted by environmental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concerning the burgeoning use of nuclear power for AI data centres, both Meta and Amazon have encountered unforeseen obstacles at planned sites, highlighting the complexities and challenges faced in fusing cutting-edge technology with environmental considerations.</w:t>
      </w:r>
      <w:r/>
    </w:p>
    <w:p>
      <w:r/>
      <w:r>
        <w:t xml:space="preserve">Meta, the technology conglomerate behind Facebook, had its plans impeded by an unexpected intervention from nature. As reported by the Financial Times, the company intended to establish an advanced AI data centre in proximity to an undisclosed nuclear facility. However, the initiative ground to a halt when surveyors identified the presence of a rare species of bee at the proposed site. This discovery prompted environmental regulators to intervene, effectively putting a stop to the project. </w:t>
      </w:r>
      <w:r/>
    </w:p>
    <w:p>
      <w:r/>
      <w:r>
        <w:t>According to sources familiar with the internal discourse, Meta's CEO, Mark Zuckerberg, subsequently decided to cancel the project altogether. In a company-wide meeting, Zuckerberg reportedly communicated that the environmental discovery would have introduced significant complications, influencing the decision to abandon the site's development plans.</w:t>
      </w:r>
      <w:r/>
    </w:p>
    <w:p>
      <w:r/>
      <w:r>
        <w:t>Despite this setback, Meta remains committed to the pursuit of carbon-free energy solutions for its operations. Earlier this year, during an interview on the Dwarkesh podcast, Zuckerberg touched upon the challenges of energy supply and regulatory hurdles faced when attempting to power large-scale facilities. The latest development merely adds to these challenges, as the company navigates its course toward sustainable energy use.</w:t>
      </w:r>
      <w:r/>
    </w:p>
    <w:p>
      <w:r/>
      <w:r>
        <w:t>This instance underscores the intricate balance between advancing technological infrastructure and preserving the environmental sanctity of prospective project locations. As Meta continues to explore alternative sustainable energy strategies, the technology giant remains at the forefront of integrating eco-friendly innovations in its global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https://technologymagazine.com/articles/metas-ai-plans-face-environmental-challenges-explained</w:t>
        </w:r>
      </w:hyperlink>
      <w:r>
        <w:t xml:space="preserve"> - Corroborates Meta's plans to construct a nuclear-powered AI data centre and the environmental concerns, including the discovery of a rare bee species, that derailed the project.</w:t>
      </w:r>
      <w:r/>
    </w:p>
    <w:p>
      <w:pPr>
        <w:pStyle w:val="ListNumber"/>
        <w:spacing w:line="240" w:lineRule="auto"/>
        <w:ind w:left="720"/>
      </w:pPr>
      <w:r/>
      <w:hyperlink r:id="rId11">
        <w:r>
          <w:rPr>
            <w:color w:val="0000EE"/>
            <w:u w:val="single"/>
          </w:rPr>
          <w:t>https://indianexpress.com/article/technology/artificial-intelligence/meta-ai-nuclear-power-plant-cancelled-rare-bee-species-9656826/</w:t>
        </w:r>
      </w:hyperlink>
      <w:r>
        <w:t xml:space="preserve"> - Supports the information that Meta's plan to build a nuclear power plant for its AI data centre was thwarted due to the presence of a rare bee species.</w:t>
      </w:r>
      <w:r/>
    </w:p>
    <w:p>
      <w:pPr>
        <w:pStyle w:val="ListNumber"/>
        <w:spacing w:line="240" w:lineRule="auto"/>
        <w:ind w:left="720"/>
      </w:pPr>
      <w:r/>
      <w:hyperlink r:id="rId12">
        <w:r>
          <w:rPr>
            <w:color w:val="0000EE"/>
            <w:u w:val="single"/>
          </w:rPr>
          <w:t>https://arstechnica.com/ai/2024/11/endangered-bees-stop-metas-plan-for-nuclear-powered-ai-data-center/</w:t>
        </w:r>
      </w:hyperlink>
      <w:r>
        <w:t xml:space="preserve"> - Confirms that the presence of a rare species of bees stopped Meta's plan for a nuclear-powered AI data center.</w:t>
      </w:r>
      <w:r/>
    </w:p>
    <w:p>
      <w:pPr>
        <w:pStyle w:val="ListNumber"/>
        <w:spacing w:line="240" w:lineRule="auto"/>
        <w:ind w:left="720"/>
      </w:pPr>
      <w:r/>
      <w:hyperlink r:id="rId13">
        <w:r>
          <w:rPr>
            <w:color w:val="0000EE"/>
            <w:u w:val="single"/>
          </w:rPr>
          <w:t>https://fortune.com/2024/11/05/meta-ai-data-center-mark-zuckerberg-nuclear-power-amazon-microsoft-three-mile-island-google/</w:t>
        </w:r>
      </w:hyperlink>
      <w:r>
        <w:t xml:space="preserve"> - Details the environmental issues, including the rare bees, that led to the cancellation of Meta's nuclear-powered AI data center project.</w:t>
      </w:r>
      <w:r/>
    </w:p>
    <w:p>
      <w:pPr>
        <w:pStyle w:val="ListNumber"/>
        <w:spacing w:line="240" w:lineRule="auto"/>
        <w:ind w:left="720"/>
      </w:pPr>
      <w:r/>
      <w:hyperlink r:id="rId14">
        <w:r>
          <w:rPr>
            <w:color w:val="0000EE"/>
            <w:u w:val="single"/>
          </w:rPr>
          <w:t>https://www.ans.org/news/article-6541/bees-block-metas-nuclearpowered-data-center/</w:t>
        </w:r>
      </w:hyperlink>
      <w:r>
        <w:t xml:space="preserve"> - Reports on the discovery of a rare species of bee that blocked Meta's plans for a nuclear-powered AI data center.</w:t>
      </w:r>
      <w:r/>
    </w:p>
    <w:p>
      <w:pPr>
        <w:pStyle w:val="ListNumber"/>
        <w:spacing w:line="240" w:lineRule="auto"/>
        <w:ind w:left="720"/>
      </w:pPr>
      <w:r/>
      <w:hyperlink r:id="rId10">
        <w:r>
          <w:rPr>
            <w:color w:val="0000EE"/>
            <w:u w:val="single"/>
          </w:rPr>
          <w:t>https://technologymagazine.com/articles/metas-ai-plans-face-environmental-challenges-explained</w:t>
        </w:r>
      </w:hyperlink>
      <w:r>
        <w:t xml:space="preserve"> - Highlights Mark Zuckerberg's frustration with the lack of nuclear options in the US and the environmental regulatory challenges faced by Meta.</w:t>
      </w:r>
      <w:r/>
    </w:p>
    <w:p>
      <w:pPr>
        <w:pStyle w:val="ListNumber"/>
        <w:spacing w:line="240" w:lineRule="auto"/>
        <w:ind w:left="720"/>
      </w:pPr>
      <w:r/>
      <w:hyperlink r:id="rId13">
        <w:r>
          <w:rPr>
            <w:color w:val="0000EE"/>
            <w:u w:val="single"/>
          </w:rPr>
          <w:t>https://fortune.com/2024/11/05/meta-ai-data-center-mark-zuckerberg-nuclear-power-amazon-microsoft-three-mile-island-google/</w:t>
        </w:r>
      </w:hyperlink>
      <w:r>
        <w:t xml:space="preserve"> - Mentions Meta's ongoing commitment to finding carbon-free energy solutions despite the setback and the challenges in powering large-scale facilities.</w:t>
      </w:r>
      <w:r/>
    </w:p>
    <w:p>
      <w:pPr>
        <w:pStyle w:val="ListNumber"/>
        <w:spacing w:line="240" w:lineRule="auto"/>
        <w:ind w:left="720"/>
      </w:pPr>
      <w:r/>
      <w:hyperlink r:id="rId11">
        <w:r>
          <w:rPr>
            <w:color w:val="0000EE"/>
            <w:u w:val="single"/>
          </w:rPr>
          <w:t>https://indianexpress.com/article/technology/artificial-intelligence/meta-ai-nuclear-power-plant-cancelled-rare-bee-species-9656826/</w:t>
        </w:r>
      </w:hyperlink>
      <w:r>
        <w:t xml:space="preserve"> - Discusses the broader context of tech companies, including Amazon and Google, exploring nuclear energy for their AI operations.</w:t>
      </w:r>
      <w:r/>
    </w:p>
    <w:p>
      <w:pPr>
        <w:pStyle w:val="ListNumber"/>
        <w:spacing w:line="240" w:lineRule="auto"/>
        <w:ind w:left="720"/>
      </w:pPr>
      <w:r/>
      <w:hyperlink r:id="rId12">
        <w:r>
          <w:rPr>
            <w:color w:val="0000EE"/>
            <w:u w:val="single"/>
          </w:rPr>
          <w:t>https://arstechnica.com/ai/2024/11/endangered-bees-stop-metas-plan-for-nuclear-powered-ai-data-center/</w:t>
        </w:r>
      </w:hyperlink>
      <w:r>
        <w:t xml:space="preserve"> - Provides details on other tech companies like Microsoft, Amazon, and Google that are also pursuing nuclear power for their AI data centers.</w:t>
      </w:r>
      <w:r/>
    </w:p>
    <w:p>
      <w:pPr>
        <w:pStyle w:val="ListNumber"/>
        <w:spacing w:line="240" w:lineRule="auto"/>
        <w:ind w:left="720"/>
      </w:pPr>
      <w:r/>
      <w:hyperlink r:id="rId14">
        <w:r>
          <w:rPr>
            <w:color w:val="0000EE"/>
            <w:u w:val="single"/>
          </w:rPr>
          <w:t>https://www.ans.org/news/article-6541/bees-block-metas-nuclearpowered-data-center/</w:t>
        </w:r>
      </w:hyperlink>
      <w:r>
        <w:t xml:space="preserve"> - Explains the significance of the rare bee species discovery and its impact on the project, highlighting the environmental considerations.</w:t>
      </w:r>
      <w:r/>
    </w:p>
    <w:p>
      <w:pPr>
        <w:pStyle w:val="ListNumber"/>
        <w:spacing w:line="240" w:lineRule="auto"/>
        <w:ind w:left="720"/>
      </w:pPr>
      <w:r/>
      <w:hyperlink r:id="rId13">
        <w:r>
          <w:rPr>
            <w:color w:val="0000EE"/>
            <w:u w:val="single"/>
          </w:rPr>
          <w:t>https://fortune.com/2024/11/05/meta-ai-data-center-mark-zuckerberg-nuclear-power-amazon-microsoft-three-mile-island-google/</w:t>
        </w:r>
      </w:hyperlink>
      <w:r>
        <w:t xml:space="preserve"> - Details the energy requirements of AI operations and how they necessitate innovative approaches to energy sourcing, including nuclear power.</w:t>
      </w:r>
      <w:r/>
    </w:p>
    <w:p>
      <w:pPr>
        <w:pStyle w:val="ListNumber"/>
        <w:spacing w:line="240" w:lineRule="auto"/>
        <w:ind w:left="720"/>
      </w:pPr>
      <w:r/>
      <w:hyperlink r:id="rId15">
        <w:r>
          <w:rPr>
            <w:color w:val="0000EE"/>
            <w:u w:val="single"/>
          </w:rPr>
          <w:t>https://www.networkworld.com/article/3601084/nuclear-buzz-regulators-and-rare-bees-stonewall-meta-and-aws-ai-ambitions.html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nologymagazine.com/articles/metas-ai-plans-face-environmental-challenges-explained" TargetMode="External"/><Relationship Id="rId11" Type="http://schemas.openxmlformats.org/officeDocument/2006/relationships/hyperlink" Target="https://indianexpress.com/article/technology/artificial-intelligence/meta-ai-nuclear-power-plant-cancelled-rare-bee-species-9656826/" TargetMode="External"/><Relationship Id="rId12" Type="http://schemas.openxmlformats.org/officeDocument/2006/relationships/hyperlink" Target="https://arstechnica.com/ai/2024/11/endangered-bees-stop-metas-plan-for-nuclear-powered-ai-data-center/" TargetMode="External"/><Relationship Id="rId13" Type="http://schemas.openxmlformats.org/officeDocument/2006/relationships/hyperlink" Target="https://fortune.com/2024/11/05/meta-ai-data-center-mark-zuckerberg-nuclear-power-amazon-microsoft-three-mile-island-google/" TargetMode="External"/><Relationship Id="rId14" Type="http://schemas.openxmlformats.org/officeDocument/2006/relationships/hyperlink" Target="https://www.ans.org/news/article-6541/bees-block-metas-nuclearpowered-data-center/" TargetMode="External"/><Relationship Id="rId15" Type="http://schemas.openxmlformats.org/officeDocument/2006/relationships/hyperlink" Target="https://www.networkworld.com/article/3601084/nuclear-buzz-regulators-and-rare-bees-stonewall-meta-and-aws-ai-ambitio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