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enhances classic Windows apps with AI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has unveiled a series of advanced AI-powered features for some of its classic Windows 11 applications, aiming to revitalise these traditionally basic programs and enhance their functionality. The updates are currently being tested through Microsoft's Windows Insider Program, specifically targeting users in the Dev and Canary channels. These channels function as testing grounds, giving users a sneak peek at features before their official release and allowing Microsoft to gather feedback and make improvements.</w:t>
      </w:r>
      <w:r/>
    </w:p>
    <w:p>
      <w:r/>
      <w:r>
        <w:t>Among the applications receiving these cutting-edge features are Windows Paint and Notepad, both having earned their place in computing history but needing fresh upgrades to remain relevant. Paint, introduced as part of Windows 1.0 back in 1985, has often been overshadowed by more sophisticated image editing software like Adobe Photoshop. However, recent AI advancements have breathed new life into this staple application. Following last year's integration of Cocreator image generator and other features, the latest update (version 11.2410.28.0) introduces Generative fill-and-erase tools. These tools allow users to add or remove elements in an image effortlessly based on textual prompts, exemplified by adding a castle to an impressionist painting of Sonoma County’s hills, a nod to Windows XP's iconic background.</w:t>
      </w:r>
      <w:r/>
    </w:p>
    <w:p>
      <w:r/>
      <w:r>
        <w:t>Notepad, with its roots tracing back to a pre-Windows 1983 MS-DOS release, also gains from this AI transformation. Known for its simplicity and lightweight design, Notepad now features a Rewrite tool in version 11.2410.15.0. This tool allows users to select text and opt for rewrites in various tones or formats, accommodating needs such as expanding or condensing text. These capabilities offer valuable assistance to users, from students tackling stringent word-count assignments to anyone looking to refine quick notes captured in the moment.</w:t>
      </w:r>
      <w:r/>
    </w:p>
    <w:p>
      <w:r/>
      <w:r>
        <w:t>The updates to Paint and Notepad are currently in the rollout phase for members of the Windows Insider Program. Interested users can participate by navigating to their Windows Settings, accessing the "Windows Update" section, and joining the Insider Program. This process involves reading agreements and selecting a desired Insider channel.</w:t>
      </w:r>
      <w:r/>
    </w:p>
    <w:p>
      <w:r/>
      <w:r>
        <w:t>Microsoft's continuous integration of AI into its traditional software suite marks a significant enhancement, making these tools more valuable and accessible. While these updates may not yet rival industry leaders like Adobe in the realm of image editing, their presence in bundled applications illustrates Microsoft’s commitment to utilising AI to refine and revitalise legacy software. As these features undergo testing and refinement, it remains to be seen how they will ultimately reshape user interaction with these classic Windows apps.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https://www.computerworld.com/article/1611347/windows-11-ai-features.html</w:t>
        </w:r>
      </w:hyperlink>
      <w:r>
        <w:t xml:space="preserve"> - Discusses the integration of AI features in Windows 11, including Copilot, Paint Cocreator, and Smart App Control, which corroborates the enhancement of traditional Windows applications with AI.</w:t>
      </w:r>
      <w:r/>
    </w:p>
    <w:p>
      <w:pPr>
        <w:pStyle w:val="ListNumber"/>
        <w:spacing w:line="240" w:lineRule="auto"/>
        <w:ind w:left="720"/>
      </w:pPr>
      <w:r/>
      <w:hyperlink r:id="rId11">
        <w:r>
          <w:rPr>
            <w:color w:val="0000EE"/>
            <w:u w:val="single"/>
          </w:rPr>
          <w:t>https://www.hp.com/us-en/shop/tech-takes/new-ai-features-windows-11</w:t>
        </w:r>
      </w:hyperlink>
      <w:r>
        <w:t xml:space="preserve"> - Details AI features in Windows 11 such as Microsoft Copilot, AI-powered security, and multimedia enhancements, supporting the integration of AI in various Windows applications.</w:t>
      </w:r>
      <w:r/>
    </w:p>
    <w:p>
      <w:pPr>
        <w:pStyle w:val="ListNumber"/>
        <w:spacing w:line="240" w:lineRule="auto"/>
        <w:ind w:left="720"/>
      </w:pPr>
      <w:r/>
      <w:hyperlink r:id="rId12">
        <w:r>
          <w:rPr>
            <w:color w:val="0000EE"/>
            <w:u w:val="single"/>
          </w:rPr>
          <w:t>https://www.windowscentral.com/software-apps/windows-11/new-ai-features-windows-11-2024-copilot-pcs</w:t>
        </w:r>
      </w:hyperlink>
      <w:r>
        <w:t xml:space="preserve"> - Describes new AI features exclusive to Copilot+ PCs, including Click To Do, AI in Windows Search, and generative capabilities in Paint, which aligns with the updates to Paint and other applications.</w:t>
      </w:r>
      <w:r/>
    </w:p>
    <w:p>
      <w:pPr>
        <w:pStyle w:val="ListNumber"/>
        <w:spacing w:line="240" w:lineRule="auto"/>
        <w:ind w:left="720"/>
      </w:pPr>
      <w:r/>
      <w:hyperlink r:id="rId13">
        <w:r>
          <w:rPr>
            <w:color w:val="0000EE"/>
            <w:u w:val="single"/>
          </w:rPr>
          <w:t>https://www.microsoft.com/en-us/windows/ai-features</w:t>
        </w:r>
      </w:hyperlink>
      <w:r>
        <w:t xml:space="preserve"> - Outlines AI-powered features in Windows 11, including those in productivity, creativity, and everyday tasks, highlighting Microsoft's commitment to integrating AI into traditional software.</w:t>
      </w:r>
      <w:r/>
    </w:p>
    <w:p>
      <w:pPr>
        <w:pStyle w:val="ListNumber"/>
        <w:spacing w:line="240" w:lineRule="auto"/>
        <w:ind w:left="720"/>
      </w:pPr>
      <w:r/>
      <w:hyperlink r:id="rId14">
        <w:r>
          <w:rPr>
            <w:color w:val="0000EE"/>
            <w:u w:val="single"/>
          </w:rPr>
          <w:t>https://www.windowscentral.com/software-apps/windows-11/microsoft-is-bringing-a-wave-of-crazy-next-gen-ai-features-to-windows-11-next-month-heres-who-gets-them</w:t>
        </w:r>
      </w:hyperlink>
      <w:r>
        <w:t xml:space="preserve"> - Discusses next-gen AI features coming to Windows 11, such as Recall, Windows Studio Effects, and Live Captions, which are part of the ongoing AI integration into Windows applications.</w:t>
      </w:r>
      <w:r/>
    </w:p>
    <w:p>
      <w:pPr>
        <w:pStyle w:val="ListNumber"/>
        <w:spacing w:line="240" w:lineRule="auto"/>
        <w:ind w:left="720"/>
      </w:pPr>
      <w:r/>
      <w:hyperlink r:id="rId10">
        <w:r>
          <w:rPr>
            <w:color w:val="0000EE"/>
            <w:u w:val="single"/>
          </w:rPr>
          <w:t>https://www.computerworld.com/article/1611347/windows-11-ai-features.html</w:t>
        </w:r>
      </w:hyperlink>
      <w:r>
        <w:t xml:space="preserve"> - Mentions the role of the Windows Insider Program in testing new features, including AI updates to traditional applications like Paint and Notepad.</w:t>
      </w:r>
      <w:r/>
    </w:p>
    <w:p>
      <w:pPr>
        <w:pStyle w:val="ListNumber"/>
        <w:spacing w:line="240" w:lineRule="auto"/>
        <w:ind w:left="720"/>
      </w:pPr>
      <w:r/>
      <w:hyperlink r:id="rId11">
        <w:r>
          <w:rPr>
            <w:color w:val="0000EE"/>
            <w:u w:val="single"/>
          </w:rPr>
          <w:t>https://www.hp.com/us-en/shop/tech-takes/new-ai-features-windows-11</w:t>
        </w:r>
      </w:hyperlink>
      <w:r>
        <w:t xml:space="preserve"> - Explains how users can join the Windows Insider Program to access and test new AI features, which is relevant to the rollout phase of Paint and Notepad updates.</w:t>
      </w:r>
      <w:r/>
    </w:p>
    <w:p>
      <w:pPr>
        <w:pStyle w:val="ListNumber"/>
        <w:spacing w:line="240" w:lineRule="auto"/>
        <w:ind w:left="720"/>
      </w:pPr>
      <w:r/>
      <w:hyperlink r:id="rId12">
        <w:r>
          <w:rPr>
            <w:color w:val="0000EE"/>
            <w:u w:val="single"/>
          </w:rPr>
          <w:t>https://www.windowscentral.com/software-apps/windows-11/new-ai-features-windows-11-2024-copilot-pcs</w:t>
        </w:r>
      </w:hyperlink>
      <w:r>
        <w:t xml:space="preserve"> - Details the process of joining the Windows Insider Program and accessing new AI features, supporting the information on how users can participate in testing these updates.</w:t>
      </w:r>
      <w:r/>
    </w:p>
    <w:p>
      <w:pPr>
        <w:pStyle w:val="ListNumber"/>
        <w:spacing w:line="240" w:lineRule="auto"/>
        <w:ind w:left="720"/>
      </w:pPr>
      <w:r/>
      <w:hyperlink r:id="rId13">
        <w:r>
          <w:rPr>
            <w:color w:val="0000EE"/>
            <w:u w:val="single"/>
          </w:rPr>
          <w:t>https://www.microsoft.com/en-us/windows/ai-features</w:t>
        </w:r>
      </w:hyperlink>
      <w:r>
        <w:t xml:space="preserve"> - Highlights Microsoft's continuous integration of AI into its software suite, making traditional tools more valuable and accessible, which aligns with the enhancements to Paint and Notepad.</w:t>
      </w:r>
      <w:r/>
    </w:p>
    <w:p>
      <w:pPr>
        <w:pStyle w:val="ListNumber"/>
        <w:spacing w:line="240" w:lineRule="auto"/>
        <w:ind w:left="720"/>
      </w:pPr>
      <w:r/>
      <w:hyperlink r:id="rId14">
        <w:r>
          <w:rPr>
            <w:color w:val="0000EE"/>
            <w:u w:val="single"/>
          </w:rPr>
          <w:t>https://www.windowscentral.com/software-apps/windows-11/microsoft-is-bringing-a-wave-of-crazy-next-gen-ai-features-to-windows-11-next-month-heres-who-gets-them</w:t>
        </w:r>
      </w:hyperlink>
      <w:r>
        <w:t xml:space="preserve"> - Discusses the significance of AI integration in legacy software, illustrating Microsoft’s commitment to refining and revitalising these applications.</w:t>
      </w:r>
      <w:r/>
    </w:p>
    <w:p>
      <w:pPr>
        <w:pStyle w:val="ListNumber"/>
        <w:spacing w:line="240" w:lineRule="auto"/>
        <w:ind w:left="720"/>
      </w:pPr>
      <w:r/>
      <w:hyperlink r:id="rId10">
        <w:r>
          <w:rPr>
            <w:color w:val="0000EE"/>
            <w:u w:val="single"/>
          </w:rPr>
          <w:t>https://www.computerworld.com/article/1611347/windows-11-ai-features.html</w:t>
        </w:r>
      </w:hyperlink>
      <w:r>
        <w:t xml:space="preserve"> - Provides context on how these AI updates, though not yet rivaling industry leaders, mark a significant enhancement to traditional Windows applications.</w:t>
      </w:r>
      <w:r/>
    </w:p>
    <w:p>
      <w:pPr>
        <w:pStyle w:val="ListNumber"/>
        <w:spacing w:line="240" w:lineRule="auto"/>
        <w:ind w:left="720"/>
      </w:pPr>
      <w:r/>
      <w:hyperlink r:id="rId15">
        <w:r>
          <w:rPr>
            <w:color w:val="0000EE"/>
            <w:u w:val="single"/>
          </w:rPr>
          <w:t>https://www.laptopmag.com/software/microsoft-readies-impressive-ai-upgrade-for-beloved-windows-apps-on-copilot-pcs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mputerworld.com/article/1611347/windows-11-ai-features.html" TargetMode="External"/><Relationship Id="rId11" Type="http://schemas.openxmlformats.org/officeDocument/2006/relationships/hyperlink" Target="https://www.hp.com/us-en/shop/tech-takes/new-ai-features-windows-11" TargetMode="External"/><Relationship Id="rId12" Type="http://schemas.openxmlformats.org/officeDocument/2006/relationships/hyperlink" Target="https://www.windowscentral.com/software-apps/windows-11/new-ai-features-windows-11-2024-copilot-pcs" TargetMode="External"/><Relationship Id="rId13" Type="http://schemas.openxmlformats.org/officeDocument/2006/relationships/hyperlink" Target="https://www.microsoft.com/en-us/windows/ai-features" TargetMode="External"/><Relationship Id="rId14" Type="http://schemas.openxmlformats.org/officeDocument/2006/relationships/hyperlink" Target="https://www.windowscentral.com/software-apps/windows-11/microsoft-is-bringing-a-wave-of-crazy-next-gen-ai-features-to-windows-11-next-month-heres-who-gets-them" TargetMode="External"/><Relationship Id="rId15" Type="http://schemas.openxmlformats.org/officeDocument/2006/relationships/hyperlink" Target="https://www.laptopmag.com/software/microsoft-readies-impressive-ai-upgrade-for-beloved-windows-apps-on-copilot-p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