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revises Microsoft 365 pricing strategy to include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is revising its pricing strategy for Microsoft 365 subscriptions by integrating AI-powered features directly into its Personal and Family plans within select markets. This move, announced quietly by the technology giant, affects users in Australia, New Zealand, Malaysia, Singapore, Taiwan, and Thailand, marking a significant shift in how the company plans to deliver its AI capabilities to consumers.</w:t>
      </w:r>
      <w:r/>
    </w:p>
    <w:p>
      <w:r/>
      <w:r>
        <w:t>Nine months after the introduction of the AI feature known as Copilot in Microsoft 365 apps, Microsoft has incorporated feedback from initial users and decided to include these features in regular subscription services, instead of offering them as an expensive add-on. The announcement highlights Microsoft's commitment to enhancing user experience by offering more comprehensive AI tools without imposing a substantial additional cost.</w:t>
      </w:r>
      <w:r/>
    </w:p>
    <w:p>
      <w:r/>
      <w:r>
        <w:t>Microsoft 365 subscribers in the specified regions will gain access to Copilot Pro features. These features include the ability to harness AI tools in applications such as Word, Excel, PowerPoint, Outlook, OneNote, and the Microsoft Designer app. The integration of Microsoft Designer into these subscriptions further complements the package by offering creative design tools to consumers. What's more, users will receive a monthly allowance of AI credits, which can also be utilized in other applications like Paint, Photos, and Notepad on Windows.</w:t>
      </w:r>
      <w:r/>
    </w:p>
    <w:p>
      <w:r/>
      <w:r>
        <w:t>An important note for subscribers is that, within Family subscriptions, only the account holder will have access to these features, as sharing Copilot access across family members is not permitted at this stage. While this may limit the utility for some family members, the decision reflects Microsoft's controlled rollout approach, gauging usage and feedback from individual accounts before potentially expanding availability.</w:t>
      </w:r>
      <w:r/>
    </w:p>
    <w:p>
      <w:r/>
      <w:r>
        <w:t>In tandem with adding Copilot and the Microsoft Designer app to these subscriptions, Microsoft has announced a price increase for Microsoft 365 Personal and Family plans in these regions. In Australia, for instance, the monthly cost for a Family subscription has increased by $4 AUD, while Personal subscription prices have risen by $5 AUD per month. This increase is relatively modest compared to the previously proposed $33 AUD that Microsoft sought for Copilot Pro as an exclusive add-on in that market.</w:t>
      </w:r>
      <w:r/>
    </w:p>
    <w:p>
      <w:r/>
      <w:r>
        <w:t>This strategic adjustment appears to serve as a pilot for future pricing models, hinting that Microsoft is evaluating consumer response in these markets before considering broader changes in pricing structures, possibly including the US and Europe. The decision to lower the price for these advanced features suggests Microsoft acknowledges the initial pricing strategy as potentially untenable, thus refining its approach to strike a balance between value and affordability.</w:t>
      </w:r>
      <w:r/>
    </w:p>
    <w:p>
      <w:r/>
      <w:r>
        <w:t>Overall, Microsoft's incorporation of Copilot into its standard Microsoft 365 subscriptions in selected markets marks an effort to provide more value while leveraging AI to simplify tasks for users. As the company further evaluates feedback and performance, users can anticipate continued evolution in their subscription offerings, tailored to enhance productivity and creativity through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https://9to5mac.com/2024/11/07/microsoft-just-learned-its-lesson-about-overcharging-for-ai-features/</w:t>
        </w:r>
      </w:hyperlink>
      <w:r>
        <w:t xml:space="preserve"> - Corroborates Microsoft's decision to integrate Copilot Pro into Microsoft 365 subscriptions instead of offering it as a standalone add-on due to user feedback.</w:t>
      </w:r>
      <w:r/>
    </w:p>
    <w:p>
      <w:pPr>
        <w:pStyle w:val="ListNumber"/>
        <w:spacing w:line="240" w:lineRule="auto"/>
        <w:ind w:left="720"/>
      </w:pPr>
      <w:r/>
      <w:hyperlink r:id="rId10">
        <w:r>
          <w:rPr>
            <w:color w:val="0000EE"/>
            <w:u w:val="single"/>
          </w:rPr>
          <w:t>https://9to5mac.com/2024/11/07/microsoft-just-learned-its-lesson-about-overcharging-for-ai-features/</w:t>
        </w:r>
      </w:hyperlink>
      <w:r>
        <w:t xml:space="preserve"> - Details the inclusion of Copilot Pro features in Microsoft 365 apps like Word, Excel, PowerPoint, Outlook, and more.</w:t>
      </w:r>
      <w:r/>
    </w:p>
    <w:p>
      <w:pPr>
        <w:pStyle w:val="ListNumber"/>
        <w:spacing w:line="240" w:lineRule="auto"/>
        <w:ind w:left="720"/>
      </w:pPr>
      <w:r/>
      <w:hyperlink r:id="rId11">
        <w:r>
          <w:rPr>
            <w:color w:val="0000EE"/>
            <w:u w:val="single"/>
          </w:rPr>
          <w:t>https://www.windowscentral.com/microsoft/office-and-microsoft-365-will-soon-cost-more-and-its-all-copilot-ais-fault</w:t>
        </w:r>
      </w:hyperlink>
      <w:r>
        <w:t xml:space="preserve"> - Confirms the integration of Copilot and Microsoft Designer into Microsoft 365 Personal and Family subscriptions in select regions.</w:t>
      </w:r>
      <w:r/>
    </w:p>
    <w:p>
      <w:pPr>
        <w:pStyle w:val="ListNumber"/>
        <w:spacing w:line="240" w:lineRule="auto"/>
        <w:ind w:left="720"/>
      </w:pPr>
      <w:r/>
      <w:hyperlink r:id="rId11">
        <w:r>
          <w:rPr>
            <w:color w:val="0000EE"/>
            <w:u w:val="single"/>
          </w:rPr>
          <w:t>https://www.windowscentral.com/microsoft/office-and-microsoft-365-will-soon-cost-more-and-its-all-copilot-ais-fault</w:t>
        </w:r>
      </w:hyperlink>
      <w:r>
        <w:t xml:space="preserve"> - Mentions the price increase for Microsoft 365 Personal and Family plans due to the addition of AI features and Microsoft Designer.</w:t>
      </w:r>
      <w:r/>
    </w:p>
    <w:p>
      <w:pPr>
        <w:pStyle w:val="ListNumber"/>
        <w:spacing w:line="240" w:lineRule="auto"/>
        <w:ind w:left="720"/>
      </w:pPr>
      <w:r/>
      <w:hyperlink r:id="rId12">
        <w:r>
          <w:rPr>
            <w:color w:val="0000EE"/>
            <w:u w:val="single"/>
          </w:rPr>
          <w:t>https://itoaction.com/ai-pricing-strategy-example-microsoft-copilot/</w:t>
        </w:r>
      </w:hyperlink>
      <w:r>
        <w:t xml:space="preserve"> - Explains the previous pricing strategy for Copilot Pro and the shift to integrating it into Microsoft 365 subscriptions.</w:t>
      </w:r>
      <w:r/>
    </w:p>
    <w:p>
      <w:pPr>
        <w:pStyle w:val="ListNumber"/>
        <w:spacing w:line="240" w:lineRule="auto"/>
        <w:ind w:left="720"/>
      </w:pPr>
      <w:r/>
      <w:hyperlink r:id="rId12">
        <w:r>
          <w:rPr>
            <w:color w:val="0000EE"/>
            <w:u w:val="single"/>
          </w:rPr>
          <w:t>https://itoaction.com/ai-pricing-strategy-example-microsoft-copilot/</w:t>
        </w:r>
      </w:hyperlink>
      <w:r>
        <w:t xml:space="preserve"> - Details the features of Copilot Pro, including its use in applications like Word, PowerPoint, and Outlook.</w:t>
      </w:r>
      <w:r/>
    </w:p>
    <w:p>
      <w:pPr>
        <w:pStyle w:val="ListNumber"/>
        <w:spacing w:line="240" w:lineRule="auto"/>
        <w:ind w:left="720"/>
      </w:pPr>
      <w:r/>
      <w:hyperlink r:id="rId13">
        <w:r>
          <w:rPr>
            <w:color w:val="0000EE"/>
            <w:u w:val="single"/>
          </w:rPr>
          <w:t>https://windowsforum.com/threads/microsofts-ai-pricing-strategy-shift-a-lesson-for-tech-competitors.344976/</w:t>
        </w:r>
      </w:hyperlink>
      <w:r>
        <w:t xml:space="preserve"> - Discusses Microsoft's strategic realignment to include AI features in Microsoft 365 subscriptions rather than as a standalone add-on.</w:t>
      </w:r>
      <w:r/>
    </w:p>
    <w:p>
      <w:pPr>
        <w:pStyle w:val="ListNumber"/>
        <w:spacing w:line="240" w:lineRule="auto"/>
        <w:ind w:left="720"/>
      </w:pPr>
      <w:r/>
      <w:hyperlink r:id="rId13">
        <w:r>
          <w:rPr>
            <w:color w:val="0000EE"/>
            <w:u w:val="single"/>
          </w:rPr>
          <w:t>https://windowsforum.com/threads/microsofts-ai-pricing-strategy-shift-a-lesson-for-tech-competitors.344976/</w:t>
        </w:r>
      </w:hyperlink>
      <w:r>
        <w:t xml:space="preserve"> - Highlights consumer reluctance to pay additional costs for AI features, leading to Microsoft's pricing strategy shift.</w:t>
      </w:r>
      <w:r/>
    </w:p>
    <w:p>
      <w:pPr>
        <w:pStyle w:val="ListNumber"/>
        <w:spacing w:line="240" w:lineRule="auto"/>
        <w:ind w:left="720"/>
      </w:pPr>
      <w:r/>
      <w:hyperlink r:id="rId14">
        <w:r>
          <w:rPr>
            <w:color w:val="0000EE"/>
            <w:u w:val="single"/>
          </w:rPr>
          <w:t>https://isg-one.com/articles/how-ai-will-change-microsoft-365-pricing</w:t>
        </w:r>
      </w:hyperlink>
      <w:r>
        <w:t xml:space="preserve"> - Analyzes the potential impact of AI on Microsoft 365 pricing and the need for enterprises to assess the value of AI features.</w:t>
      </w:r>
      <w:r/>
    </w:p>
    <w:p>
      <w:pPr>
        <w:pStyle w:val="ListNumber"/>
        <w:spacing w:line="240" w:lineRule="auto"/>
        <w:ind w:left="720"/>
      </w:pPr>
      <w:r/>
      <w:hyperlink r:id="rId14">
        <w:r>
          <w:rPr>
            <w:color w:val="0000EE"/>
            <w:u w:val="single"/>
          </w:rPr>
          <w:t>https://isg-one.com/articles/how-ai-will-change-microsoft-365-pricing</w:t>
        </w:r>
      </w:hyperlink>
      <w:r>
        <w:t xml:space="preserve"> - Discusses the integration of AI into Microsoft 365 and the potential for future pricing model changes based on consumer response.</w:t>
      </w:r>
      <w:r/>
    </w:p>
    <w:p>
      <w:pPr>
        <w:pStyle w:val="ListNumber"/>
        <w:spacing w:line="240" w:lineRule="auto"/>
        <w:ind w:left="720"/>
      </w:pPr>
      <w:r/>
      <w:hyperlink r:id="rId11">
        <w:r>
          <w:rPr>
            <w:color w:val="0000EE"/>
            <w:u w:val="single"/>
          </w:rPr>
          <w:t>https://www.windowscentral.com/microsoft/office-and-microsoft-365-will-soon-cost-more-and-its-all-copilot-ais-fault</w:t>
        </w:r>
      </w:hyperlink>
      <w:r>
        <w:t xml:space="preserve"> - Notes that within Family subscriptions, only the account holder will have access to Copilot features, and sharing is not permitted.</w:t>
      </w:r>
      <w:r/>
    </w:p>
    <w:p>
      <w:pPr>
        <w:pStyle w:val="ListNumber"/>
        <w:spacing w:line="240" w:lineRule="auto"/>
        <w:ind w:left="720"/>
      </w:pPr>
      <w:r/>
      <w:hyperlink r:id="rId15">
        <w:r>
          <w:rPr>
            <w:color w:val="0000EE"/>
            <w:u w:val="single"/>
          </w:rPr>
          <w:t>https://www.theverge.com/2024/11/7/24290268/microsoft-copilot-office-features-microsoft-365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mac.com/2024/11/07/microsoft-just-learned-its-lesson-about-overcharging-for-ai-features/" TargetMode="External"/><Relationship Id="rId11" Type="http://schemas.openxmlformats.org/officeDocument/2006/relationships/hyperlink" Target="https://www.windowscentral.com/microsoft/office-and-microsoft-365-will-soon-cost-more-and-its-all-copilot-ais-fault" TargetMode="External"/><Relationship Id="rId12" Type="http://schemas.openxmlformats.org/officeDocument/2006/relationships/hyperlink" Target="https://itoaction.com/ai-pricing-strategy-example-microsoft-copilot/" TargetMode="External"/><Relationship Id="rId13" Type="http://schemas.openxmlformats.org/officeDocument/2006/relationships/hyperlink" Target="https://windowsforum.com/threads/microsofts-ai-pricing-strategy-shift-a-lesson-for-tech-competitors.344976/" TargetMode="External"/><Relationship Id="rId14" Type="http://schemas.openxmlformats.org/officeDocument/2006/relationships/hyperlink" Target="https://isg-one.com/articles/how-ai-will-change-microsoft-365-pricing" TargetMode="External"/><Relationship Id="rId15" Type="http://schemas.openxmlformats.org/officeDocument/2006/relationships/hyperlink" Target="https://www.theverge.com/2024/11/7/24290268/microsoft-copilot-office-features-microsoft-3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