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iSteady V3 gimbal promises seamless adventure filming with advanced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iSteady V3 Gimbal Promises Seamless Adventure Filming with Advanced AI Technology</w:t>
      </w:r>
      <w:r/>
    </w:p>
    <w:p>
      <w:r/>
      <w:r>
        <w:t>In the ever-evolving world of digital filming technology, the iSteady V3 gimbal has emerged as a revolutionary tool for avid adventurers and content creators. Designed to enhance the quality of video footage captured on the go, this innovative device addresses the common issues of shaky hands and disrupted shots that often plague outdoor enthusiasts aiming to document their experiences.</w:t>
      </w:r>
      <w:r/>
    </w:p>
    <w:p>
      <w:r/>
      <w:r>
        <w:t>The iSteady V3, created by technology company Hohem, features a 3-axis gimbal support system, integrated with AI capabilities, that facilitates smooth video recording and crisp photography regardless of the environment. This state-of-the-art tool ensures that whether you're trekking through mountainous terrain, navigating rough trails in an off-road vehicle, or angling for fish in a serene lake, your visual documentation remains flawless and professional.</w:t>
      </w:r>
      <w:r/>
    </w:p>
    <w:p>
      <w:r/>
      <w:r>
        <w:t>One of the standout features of the iSteady V3 is its ability to maintain image stability without necessitating a static shooting position. The device's three-axis gimbal provides reliable anti-shake performance through the iSteady 8.0 system. The extended roll arm is engineered to allow unobstructed wide-angle captures, making it easier to achieve panoramic shots.</w:t>
      </w:r>
      <w:r/>
    </w:p>
    <w:p>
      <w:r/>
      <w:r>
        <w:t>Moreover, the gimbal is equipped with magnetic AI tracking and a vision sensor to autonomously follow the user's movements. Activated or deactivated via intuitive gesture controls, this system ensures that crucial moments during high-action activities, such as catching a fish or cycling down steep paths, are captured with precision and focus. The AI technology does the heavy lifting of maintaining the subject in the frame, providing relief to users who might otherwise have missed key shots due to framing errors.</w:t>
      </w:r>
      <w:r/>
    </w:p>
    <w:p>
      <w:r/>
      <w:r>
        <w:t>Adding to its portability and ease of use, the iSteady V3 weighs a mere 420 grams and boasts an extendable rod that reaches up to 205mm, along with a retractable tripod. Despite its compactness, the gimbal offers impressive manoeuvrability with a pivotal range of panning -120° to 210°, rolling -195° to 135°, and tilting -35° to 45°.</w:t>
      </w:r>
      <w:r/>
    </w:p>
    <w:p>
      <w:r/>
      <w:r>
        <w:t>The device's user-friendly design is further complemented by minimal setup requirements. Gesture controls and a detachable remote allow seamless operation without the need for downloading additional software or applications. For setting the perfect ambient scene, the gimbal includes a magnetic fill light with adjustable colour temperatures.</w:t>
      </w:r>
      <w:r/>
    </w:p>
    <w:p>
      <w:r/>
      <w:r>
        <w:t>With a battery life of 13 hours and a recharge time of just 2.5 hours using a USB Type C cable, the gimbal is engineered for prolonged use in demanding outdoor settings. It accommodates a wide range of smartphones fitting within a dimension range of 58mm to 98mm and a weight of up to 300g, ensuring that users are not limited by their choice of hardware.</w:t>
      </w:r>
      <w:r/>
    </w:p>
    <w:p>
      <w:r/>
      <w:r>
        <w:t>In the competitive landscape of digital filming equipment, the iSteady V3 presents a lightweight, highly portable, and technologically advanced alternative for capturing high-quality footage. By combining portability with powerful AI-driven features, this gimbal sets a new standard for content creation on the move, promising an effortless experience for users seeking to document their adventures with professional-grade quality.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https://www.hohem.com/product/isteady-v3</w:t>
        </w:r>
      </w:hyperlink>
      <w:r>
        <w:t xml:space="preserve"> - Corroborates the features of the iSteady V3, including its 3-axis gimbal support system, AI tracking, and detachable remote control.</w:t>
      </w:r>
      <w:r/>
    </w:p>
    <w:p>
      <w:pPr>
        <w:pStyle w:val="ListNumber"/>
        <w:spacing w:line="240" w:lineRule="auto"/>
        <w:ind w:left="720"/>
      </w:pPr>
      <w:r/>
      <w:hyperlink r:id="rId11">
        <w:r>
          <w:rPr>
            <w:color w:val="0000EE"/>
            <w:u w:val="single"/>
          </w:rPr>
          <w:t>https://basic-tutorials.com/reviews/gadget-reviews/hohem-isteady-v3-review/</w:t>
        </w:r>
      </w:hyperlink>
      <w:r>
        <w:t xml:space="preserve"> - Provides details on the technical specifications, such as dimensions, weight, and battery life, as well as the practical usability of the iSteady V3.</w:t>
      </w:r>
      <w:r/>
    </w:p>
    <w:p>
      <w:pPr>
        <w:pStyle w:val="ListNumber"/>
        <w:spacing w:line="240" w:lineRule="auto"/>
        <w:ind w:left="720"/>
      </w:pPr>
      <w:r/>
      <w:hyperlink r:id="rId12">
        <w:r>
          <w:rPr>
            <w:color w:val="0000EE"/>
            <w:u w:val="single"/>
          </w:rPr>
          <w:t>https://www.prnewswire.com/news-releases/hohem-isteady-v3-ai-tracking-smartphone-gimbal-your-personal-ai-videographer-302195527.html</w:t>
        </w:r>
      </w:hyperlink>
      <w:r>
        <w:t xml:space="preserve"> - Supports the information on the AI tracking technology, detachable remote kit, and the gimbal's portability and foldable design.</w:t>
      </w:r>
      <w:r/>
    </w:p>
    <w:p>
      <w:pPr>
        <w:pStyle w:val="ListNumber"/>
        <w:spacing w:line="240" w:lineRule="auto"/>
        <w:ind w:left="720"/>
      </w:pPr>
      <w:r/>
      <w:hyperlink r:id="rId13">
        <w:r>
          <w:rPr>
            <w:color w:val="0000EE"/>
            <w:u w:val="single"/>
          </w:rPr>
          <w:t>https://www.amazon.com/hohem-iSteady-V3-Stabilizer-Extendable/dp/B0D3LQG685</w:t>
        </w:r>
      </w:hyperlink>
      <w:r>
        <w:t xml:space="preserve"> - Confirms the features such as magnetic AI tracking, 3-axis stabilization, extendable rod, and tripod, as well as the device's compatibility with various smartphones.</w:t>
      </w:r>
      <w:r/>
    </w:p>
    <w:p>
      <w:pPr>
        <w:pStyle w:val="ListNumber"/>
        <w:spacing w:line="240" w:lineRule="auto"/>
        <w:ind w:left="720"/>
      </w:pPr>
      <w:r/>
      <w:hyperlink r:id="rId10">
        <w:r>
          <w:rPr>
            <w:color w:val="0000EE"/>
            <w:u w:val="single"/>
          </w:rPr>
          <w:t>https://www.hohem.com/product/isteady-v3</w:t>
        </w:r>
      </w:hyperlink>
      <w:r>
        <w:t xml:space="preserve"> - Details the gesture controls and the ability to maintain image stability without a static shooting position.</w:t>
      </w:r>
      <w:r/>
    </w:p>
    <w:p>
      <w:pPr>
        <w:pStyle w:val="ListNumber"/>
        <w:spacing w:line="240" w:lineRule="auto"/>
        <w:ind w:left="720"/>
      </w:pPr>
      <w:r/>
      <w:hyperlink r:id="rId11">
        <w:r>
          <w:rPr>
            <w:color w:val="0000EE"/>
            <w:u w:val="single"/>
          </w:rPr>
          <w:t>https://basic-tutorials.com/reviews/gadget-reviews/hohem-isteady-v3-review/</w:t>
        </w:r>
      </w:hyperlink>
      <w:r>
        <w:t xml:space="preserve"> - Explains the pivotal range and manoeuvrability of the gimbal, including its panning, rolling, and tilting capabilities.</w:t>
      </w:r>
      <w:r/>
    </w:p>
    <w:p>
      <w:pPr>
        <w:pStyle w:val="ListNumber"/>
        <w:spacing w:line="240" w:lineRule="auto"/>
        <w:ind w:left="720"/>
      </w:pPr>
      <w:r/>
      <w:hyperlink r:id="rId12">
        <w:r>
          <w:rPr>
            <w:color w:val="0000EE"/>
            <w:u w:val="single"/>
          </w:rPr>
          <w:t>https://www.prnewswire.com/news-releases/hohem-isteady-v3-ai-tracking-smartphone-gimbal-your-personal-ai-videographer-302195527.html</w:t>
        </w:r>
      </w:hyperlink>
      <w:r>
        <w:t xml:space="preserve"> - Supports the information on the device's user-friendly design, minimal setup requirements, and the inclusion of a magnetic fill light with adjustable color temperatures.</w:t>
      </w:r>
      <w:r/>
    </w:p>
    <w:p>
      <w:pPr>
        <w:pStyle w:val="ListNumber"/>
        <w:spacing w:line="240" w:lineRule="auto"/>
        <w:ind w:left="720"/>
      </w:pPr>
      <w:r/>
      <w:hyperlink r:id="rId13">
        <w:r>
          <w:rPr>
            <w:color w:val="0000EE"/>
            <w:u w:val="single"/>
          </w:rPr>
          <w:t>https://www.amazon.com/hohem-iSteady-V3-Stabilizer-Extendable/dp/B0D3LQG685</w:t>
        </w:r>
      </w:hyperlink>
      <w:r>
        <w:t xml:space="preserve"> - Corroborates the battery life and recharge time of the gimbal, as well as its compatibility with smartphones of various sizes and weights.</w:t>
      </w:r>
      <w:r/>
    </w:p>
    <w:p>
      <w:pPr>
        <w:pStyle w:val="ListNumber"/>
        <w:spacing w:line="240" w:lineRule="auto"/>
        <w:ind w:left="720"/>
      </w:pPr>
      <w:r/>
      <w:hyperlink r:id="rId10">
        <w:r>
          <w:rPr>
            <w:color w:val="0000EE"/>
            <w:u w:val="single"/>
          </w:rPr>
          <w:t>https://www.hohem.com/product/isteady-v3</w:t>
        </w:r>
      </w:hyperlink>
      <w:r>
        <w:t xml:space="preserve"> - Details the extendable rod and retractable tripod, enhancing the gimbal's portability and ease of use.</w:t>
      </w:r>
      <w:r/>
    </w:p>
    <w:p>
      <w:pPr>
        <w:pStyle w:val="ListNumber"/>
        <w:spacing w:line="240" w:lineRule="auto"/>
        <w:ind w:left="720"/>
      </w:pPr>
      <w:r/>
      <w:hyperlink r:id="rId11">
        <w:r>
          <w:rPr>
            <w:color w:val="0000EE"/>
            <w:u w:val="single"/>
          </w:rPr>
          <w:t>https://basic-tutorials.com/reviews/gadget-reviews/hohem-isteady-v3-review/</w:t>
        </w:r>
      </w:hyperlink>
      <w:r>
        <w:t xml:space="preserve"> - Provides a practical test conclusion on the gimbal's performance, highlighting its strengths in AI tracking, stabilization, and overall usability.</w:t>
      </w:r>
      <w:r/>
    </w:p>
    <w:p>
      <w:pPr>
        <w:pStyle w:val="ListNumber"/>
        <w:spacing w:line="240" w:lineRule="auto"/>
        <w:ind w:left="720"/>
      </w:pPr>
      <w:r/>
      <w:hyperlink r:id="rId12">
        <w:r>
          <w:rPr>
            <w:color w:val="0000EE"/>
            <w:u w:val="single"/>
          </w:rPr>
          <w:t>https://www.prnewswire.com/news-releases/hohem-isteady-v3-ai-tracking-smartphone-gimbal-your-personal-ai-videographer-302195527.html</w:t>
        </w:r>
      </w:hyperlink>
      <w:r>
        <w:t xml:space="preserve"> - Supports the availability and purchase options for the iSteady V3, including official stores and authorized retailers.</w:t>
      </w:r>
      <w:r/>
    </w:p>
    <w:p>
      <w:pPr>
        <w:pStyle w:val="ListNumber"/>
        <w:spacing w:line="240" w:lineRule="auto"/>
        <w:ind w:left="720"/>
      </w:pPr>
      <w:r/>
      <w:hyperlink r:id="rId14">
        <w:r>
          <w:rPr>
            <w:color w:val="0000EE"/>
            <w:u w:val="single"/>
          </w:rPr>
          <w:t>https://www.techradar.com/phones/phone-accessories/filming-with-an-iphone-a-smart-ai-powered-gimbal-from-hohem-can-help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hem.com/product/isteady-v3" TargetMode="External"/><Relationship Id="rId11" Type="http://schemas.openxmlformats.org/officeDocument/2006/relationships/hyperlink" Target="https://basic-tutorials.com/reviews/gadget-reviews/hohem-isteady-v3-review/" TargetMode="External"/><Relationship Id="rId12" Type="http://schemas.openxmlformats.org/officeDocument/2006/relationships/hyperlink" Target="https://www.prnewswire.com/news-releases/hohem-isteady-v3-ai-tracking-smartphone-gimbal-your-personal-ai-videographer-302195527.html" TargetMode="External"/><Relationship Id="rId13" Type="http://schemas.openxmlformats.org/officeDocument/2006/relationships/hyperlink" Target="https://www.amazon.com/hohem-iSteady-V3-Stabilizer-Extendable/dp/B0D3LQG685" TargetMode="External"/><Relationship Id="rId14" Type="http://schemas.openxmlformats.org/officeDocument/2006/relationships/hyperlink" Target="https://www.techradar.com/phones/phone-accessories/filming-with-an-iphone-a-smart-ai-powered-gimbal-from-hohem-can-hel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