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Nxtra integrates AI to enhance efficiency and sustainability in data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Bharti Airtel's data centre division, Nxtra, has announced the integration of artificial intelligence (AI) into its operations to enhance efficiency and reduce power consumption. This initiative reportedly makes Nxtra the first data centre operator in India to utilise AI for these purposes.</w:t>
      </w:r>
      <w:r/>
    </w:p>
    <w:p>
      <w:r/>
      <w:r>
        <w:t>In a press release issued on Wednesday, Nxtra revealed that it has implemented the SmartSense platform, developed by sustainability technology company Ecolibrium, in its Chennai data centre. The SmartSense platform is designed to help data centres realise cost savings and improve operational efficiency through predictive maintenance, streamlined automation, and optimized capital expenditure.</w:t>
      </w:r>
      <w:r/>
    </w:p>
    <w:p>
      <w:r/>
      <w:r>
        <w:t>Described by Ecolibrium, SmartSense is an AI-driven solution that processes existing data from operations management systems to deliver actionable insights. These insights are displayed on a unified dashboard, aiming to facilitate more sustainable operations by cutting down energy and maintenance costs while simultaneously boosting equipment uptime.</w:t>
      </w:r>
      <w:r/>
    </w:p>
    <w:p>
      <w:r/>
      <w:r>
        <w:t>Nxtra anticipates several benefits from employing the SmartSense platform. The company believes it will extend the asset lifecycle by 10% through real-time performance analytics, which assist in detecting early signs of equipment wear and offering corrective recommendations. Additionally, the platform is expected to reduce non-IT power consumption by 10% through the early identification of inefficiencies and energy losses within equipment. Equipment performance is projected to improve by 15%, alongside a 25% enhancement in productivity.</w:t>
      </w:r>
      <w:r/>
    </w:p>
    <w:p>
      <w:r/>
      <w:r>
        <w:t>Following successful implementation at the Chennai site, Nxtra plans to roll out the SmartSense platform across all its core data centres. Ashish Arora, CEO of Nxtra, expressed confidence in the partnership with Ecolibrium, stating that it "will advance our energy efficiency and overall performance."</w:t>
      </w:r>
      <w:r/>
    </w:p>
    <w:p>
      <w:r/>
      <w:r>
        <w:t>This strategic movement by Nxtra aligns with the growing emphasis on sustainability in the tech industry, as data centres globally are significant consumers of energy. The deployment of advanced AI platforms like SmartSense could represent a pivotal shift towards more resource-efficient operations, contributing positively to broader environmental goals.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https://www.thehindu.com/business/nxtra-by-airtel-becomes-indias-first-data-centre-to-deploy-ai/article68836803.ece</w:t>
        </w:r>
      </w:hyperlink>
      <w:r>
        <w:t xml:space="preserve"> - Corroborates that Nxtra by Airtel is the first data centre in India to deploy AI and details the benefits of the SmartSense platform.</w:t>
      </w:r>
      <w:r/>
    </w:p>
    <w:p>
      <w:pPr>
        <w:pStyle w:val="ListNumber"/>
        <w:spacing w:line="240" w:lineRule="auto"/>
        <w:ind w:left="720"/>
      </w:pPr>
      <w:r/>
      <w:hyperlink r:id="rId11">
        <w:r>
          <w:rPr>
            <w:color w:val="0000EE"/>
            <w:u w:val="single"/>
          </w:rPr>
          <w:t>https://telecomtalk.info/nxtra-by-airtel-deploys-ai-datacentre-operations/984466/</w:t>
        </w:r>
      </w:hyperlink>
      <w:r>
        <w:t xml:space="preserve"> - Confirms the integration of AI into Nxtra's operations and the specific goals of the SmartSense platform, including efficiency and power consumption reductions.</w:t>
      </w:r>
      <w:r/>
    </w:p>
    <w:p>
      <w:pPr>
        <w:pStyle w:val="ListNumber"/>
        <w:spacing w:line="240" w:lineRule="auto"/>
        <w:ind w:left="720"/>
      </w:pPr>
      <w:r/>
      <w:hyperlink r:id="rId12">
        <w:r>
          <w:rPr>
            <w:color w:val="0000EE"/>
            <w:u w:val="single"/>
          </w:rPr>
          <w:t>https://www.fonearena.com/blog/439525/nxtra-by-airtel-ai-data-centers.html</w:t>
        </w:r>
      </w:hyperlink>
      <w:r>
        <w:t xml:space="preserve"> - Supports the implementation of the SmartSense platform in Nxtra's Chennai data centre and the anticipated benefits such as increased asset life, reduced power consumption, and improved equipment performance.</w:t>
      </w:r>
      <w:r/>
    </w:p>
    <w:p>
      <w:pPr>
        <w:pStyle w:val="ListNumber"/>
        <w:spacing w:line="240" w:lineRule="auto"/>
        <w:ind w:left="720"/>
      </w:pPr>
      <w:r/>
      <w:hyperlink r:id="rId13">
        <w:r>
          <w:rPr>
            <w:color w:val="0000EE"/>
            <w:u w:val="single"/>
          </w:rPr>
          <w:t>https://www.ecolibrium.io/news/nxtra-partners-with-ecolibrium-to-deploy-smartsense-ai-for-enhanced-operational-excellence/</w:t>
        </w:r>
      </w:hyperlink>
      <w:r>
        <w:t xml:space="preserve"> - Details the partnership between Nxtra and Ecolibrium for the deployment of the SmartSense AI platform.</w:t>
      </w:r>
      <w:r/>
    </w:p>
    <w:p>
      <w:pPr>
        <w:pStyle w:val="ListNumber"/>
        <w:spacing w:line="240" w:lineRule="auto"/>
        <w:ind w:left="720"/>
      </w:pPr>
      <w:r/>
      <w:hyperlink r:id="rId10">
        <w:r>
          <w:rPr>
            <w:color w:val="0000EE"/>
            <w:u w:val="single"/>
          </w:rPr>
          <w:t>https://www.thehindu.com/business/nxtra-by-airtel-becomes-indias-first-data-centre-to-deploy-ai/article68836803.ece</w:t>
        </w:r>
      </w:hyperlink>
      <w:r>
        <w:t xml:space="preserve"> - Provides quotes from Ashish Arora, CEO of Nxtra, on the partnership with Ecolibrium and its expected benefits.</w:t>
      </w:r>
      <w:r/>
    </w:p>
    <w:p>
      <w:pPr>
        <w:pStyle w:val="ListNumber"/>
        <w:spacing w:line="240" w:lineRule="auto"/>
        <w:ind w:left="720"/>
      </w:pPr>
      <w:r/>
      <w:hyperlink r:id="rId11">
        <w:r>
          <w:rPr>
            <w:color w:val="0000EE"/>
            <w:u w:val="single"/>
          </w:rPr>
          <w:t>https://telecomtalk.info/nxtra-by-airtel-deploys-ai-datacentre-operations/984466/</w:t>
        </w:r>
      </w:hyperlink>
      <w:r>
        <w:t xml:space="preserve"> - Explains how the SmartSense platform processes existing data to deliver actionable insights and improve sustainability.</w:t>
      </w:r>
      <w:r/>
    </w:p>
    <w:p>
      <w:pPr>
        <w:pStyle w:val="ListNumber"/>
        <w:spacing w:line="240" w:lineRule="auto"/>
        <w:ind w:left="720"/>
      </w:pPr>
      <w:r/>
      <w:hyperlink r:id="rId12">
        <w:r>
          <w:rPr>
            <w:color w:val="0000EE"/>
            <w:u w:val="single"/>
          </w:rPr>
          <w:t>https://www.fonearena.com/blog/439525/nxtra-by-airtel-ai-data-centers.html</w:t>
        </w:r>
      </w:hyperlink>
      <w:r>
        <w:t xml:space="preserve"> - Describes the expected outcomes of using the SmartSense platform, including a 10% increase in asset life, 10% reduction in non-IT power consumption, 15% improvement in equipment performance, and 25% boost in productivity.</w:t>
      </w:r>
      <w:r/>
    </w:p>
    <w:p>
      <w:pPr>
        <w:pStyle w:val="ListNumber"/>
        <w:spacing w:line="240" w:lineRule="auto"/>
        <w:ind w:left="720"/>
      </w:pPr>
      <w:r/>
      <w:hyperlink r:id="rId10">
        <w:r>
          <w:rPr>
            <w:color w:val="0000EE"/>
            <w:u w:val="single"/>
          </w:rPr>
          <w:t>https://www.thehindu.com/business/nxtra-by-airtel-becomes-indias-first-data-centre-to-deploy-ai/article68836803.ece</w:t>
        </w:r>
      </w:hyperlink>
      <w:r>
        <w:t xml:space="preserve"> - Mentions the plan to roll out the SmartSense platform across all core data centres after the successful implementation in Chennai.</w:t>
      </w:r>
      <w:r/>
    </w:p>
    <w:p>
      <w:pPr>
        <w:pStyle w:val="ListNumber"/>
        <w:spacing w:line="240" w:lineRule="auto"/>
        <w:ind w:left="720"/>
      </w:pPr>
      <w:r/>
      <w:hyperlink r:id="rId11">
        <w:r>
          <w:rPr>
            <w:color w:val="0000EE"/>
            <w:u w:val="single"/>
          </w:rPr>
          <w:t>https://telecomtalk.info/nxtra-by-airtel-deploys-ai-datacentre-operations/984466/</w:t>
        </w:r>
      </w:hyperlink>
      <w:r>
        <w:t xml:space="preserve"> - Highlights the alignment of this initiative with the broader emphasis on sustainability in the tech industry.</w:t>
      </w:r>
      <w:r/>
    </w:p>
    <w:p>
      <w:pPr>
        <w:pStyle w:val="ListNumber"/>
        <w:spacing w:line="240" w:lineRule="auto"/>
        <w:ind w:left="720"/>
      </w:pPr>
      <w:r/>
      <w:hyperlink r:id="rId12">
        <w:r>
          <w:rPr>
            <w:color w:val="0000EE"/>
            <w:u w:val="single"/>
          </w:rPr>
          <w:t>https://www.fonearena.com/blog/439525/nxtra-by-airtel-ai-data-centers.html</w:t>
        </w:r>
      </w:hyperlink>
      <w:r>
        <w:t xml:space="preserve"> - Provides context on Ecolibrium's expertise and the global operational scope of their AI/ML platform.</w:t>
      </w:r>
      <w:r/>
    </w:p>
    <w:p>
      <w:pPr>
        <w:pStyle w:val="ListNumber"/>
        <w:spacing w:line="240" w:lineRule="auto"/>
        <w:ind w:left="720"/>
      </w:pPr>
      <w:r/>
      <w:hyperlink r:id="rId13">
        <w:r>
          <w:rPr>
            <w:color w:val="0000EE"/>
            <w:u w:val="single"/>
          </w:rPr>
          <w:t>https://www.ecolibrium.io/news/nxtra-partners-with-ecolibrium-to-deploy-smartsense-ai-for-enhanced-operational-excellence/</w:t>
        </w:r>
      </w:hyperlink>
      <w:r>
        <w:t xml:space="preserve"> - Details Ecolibrium's role in providing AI-driven solutions for sustainability and operational excellence.</w:t>
      </w:r>
      <w:r/>
    </w:p>
    <w:p>
      <w:pPr>
        <w:pStyle w:val="ListNumber"/>
        <w:spacing w:line="240" w:lineRule="auto"/>
        <w:ind w:left="720"/>
      </w:pPr>
      <w:r/>
      <w:hyperlink r:id="rId14">
        <w:r>
          <w:rPr>
            <w:color w:val="0000EE"/>
            <w:u w:val="single"/>
          </w:rPr>
          <w:t>https://developingtelecoms.com/telecom-technology/data-centres-networks/17591-nxtra-to-deploy-ai-in-data-centre-operations-to-improve-efficiency.html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hindu.com/business/nxtra-by-airtel-becomes-indias-first-data-centre-to-deploy-ai/article68836803.ece" TargetMode="External"/><Relationship Id="rId11" Type="http://schemas.openxmlformats.org/officeDocument/2006/relationships/hyperlink" Target="https://telecomtalk.info/nxtra-by-airtel-deploys-ai-datacentre-operations/984466/" TargetMode="External"/><Relationship Id="rId12" Type="http://schemas.openxmlformats.org/officeDocument/2006/relationships/hyperlink" Target="https://www.fonearena.com/blog/439525/nxtra-by-airtel-ai-data-centers.html" TargetMode="External"/><Relationship Id="rId13" Type="http://schemas.openxmlformats.org/officeDocument/2006/relationships/hyperlink" Target="https://www.ecolibrium.io/news/nxtra-partners-with-ecolibrium-to-deploy-smartsense-ai-for-enhanced-operational-excellence/" TargetMode="External"/><Relationship Id="rId14" Type="http://schemas.openxmlformats.org/officeDocument/2006/relationships/hyperlink" Target="https://developingtelecoms.com/telecom-technology/data-centres-networks/17591-nxtra-to-deploy-ai-in-data-centre-operations-to-improve-efficienc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