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Anthropic, and AWS forge AI partnership for US defence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Palantir, Anthropic, and AWS Forge AI Partnership for US Defense</w:t>
      </w:r>
      <w:r/>
    </w:p>
    <w:p>
      <w:r/>
      <w:r>
        <w:t>In a strategic collaboration aimed at bolstering the United States' defence and intelligence capabilities, Palantir Technologies, Anthropic, and Amazon Web Services (AWS) have announced a significant partnership. This alliance will integrate Anthropic's AI models, Claude 3 and 3.5, with Palantir's Artificial Intelligence Platform, hosted on AWS. The partnership, revealed in a joint announcement, is tailored for some of the most secure and sensitive use cases within the US government's defence and intelligence sectors.</w:t>
      </w:r>
      <w:r/>
    </w:p>
    <w:p>
      <w:r/>
      <w:r>
        <w:t>Key to this collaboration is the Impact Level 6 (IL6) certification awarded to both Palantir and AWS by the US Department of Defense. This certification permits the handling of classified data up to the Secret level, ensuring that the proposed platform meets the stringent security requirements necessary for processing sensitive information.</w:t>
      </w:r>
      <w:r/>
    </w:p>
    <w:p>
      <w:r/>
      <w:r>
        <w:t>The Claude models, developed by Anthropic, were first introduced to the defence and intelligence communities earlier this month. Their application is expected to revolutionise several operational aspects, including reducing data processing times, uncovering patterns and trends, and facilitating more efficient document reviews. These improvements aim to assist officials in making informed decisions during critical, time-sensitive situations without compromising their decision-making authority.</w:t>
      </w:r>
      <w:r/>
    </w:p>
    <w:p>
      <w:r/>
      <w:r>
        <w:t>Shyam Sankar, Chief Technology Officer of Palantir, emphasised the significance of the partnership, stating, "Palantir is proud to be the first industry partner to bring Claude models to classified environments." He noted that the collaboration provides the necessary tools for US defence and intelligence communities to "securely harness and deploy AI models," thereby enhancing their decision-making capabilities in crucial missions.</w:t>
      </w:r>
      <w:r/>
    </w:p>
    <w:p>
      <w:r/>
      <w:r>
        <w:t>Interestingly, this partnership comes without the need for exemptions to Anthropic's acceptable use policy (AUP), unlike Meta's recent adjustments to allow Llama usage in defence applications. Anthropic's policy does not restrict the use of Claude for military or intelligence purposes, despite listing other domains—such as legal, healthcare, and finance—as areas with elevated risk of harm. Anthropic did, however, affirm its commitment to making its AI tools reliable and steerable for government use through a blog post in June.</w:t>
      </w:r>
      <w:r/>
    </w:p>
    <w:p>
      <w:r/>
      <w:r>
        <w:t>The post outlined Anthropic's structured allowance for acceptable use policy exceptions for government agencies, suggesting that these exceptions are meticulously calibrated to benefit selected government bodies. Although the specifics of these exceptions remain undisclosed, the company acknowledged that current carve-outs permit the use of Claude for legally sanctioned foreign intelligence analysis and preemptive military activity warnings, while maintaining restrictions against disinformation, weapon design, censorship, and malicious cyber activities.</w:t>
      </w:r>
      <w:r/>
    </w:p>
    <w:p>
      <w:r/>
      <w:r>
        <w:t>This new collaborative endeavour between Palantir, Anthropic, and AWS underscores a growing trend among technology companies to tailor their AI solutions for governmental applications, particularly in areas demanding high security and precision. Whether this partnership will set a standard for future industry-government collaborations remains a subject of interest for stakeholders across the spectrum.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https://techcrunch.com/2024/11/07/anthropic-teams-up-with-palantir-and-aws-to-sell-its-ai-to-defense-customers/</w:t>
        </w:r>
      </w:hyperlink>
      <w:r>
        <w:t xml:space="preserve"> - Corroborates the partnership between Anthropic, Palantir, and AWS to provide AI models to U.S. defense and intelligence agencies.</w:t>
      </w:r>
      <w:r/>
    </w:p>
    <w:p>
      <w:pPr>
        <w:pStyle w:val="ListNumber"/>
        <w:spacing w:line="240" w:lineRule="auto"/>
        <w:ind w:left="720"/>
      </w:pPr>
      <w:r/>
      <w:hyperlink r:id="rId11">
        <w:r>
          <w:rPr>
            <w:color w:val="0000EE"/>
            <w:u w:val="single"/>
          </w:rPr>
          <w:t>https://dataconomy.com/2024/11/08/anthropic-palantir-and-aws-partnership/</w:t>
        </w:r>
      </w:hyperlink>
      <w:r>
        <w:t xml:space="preserve"> - Details the integration of Claude AI models into Palantir’s platform hosted on AWS, emphasizing security and ethical standards.</w:t>
      </w:r>
      <w:r/>
    </w:p>
    <w:p>
      <w:pPr>
        <w:pStyle w:val="ListNumber"/>
        <w:spacing w:line="240" w:lineRule="auto"/>
        <w:ind w:left="720"/>
      </w:pPr>
      <w:r/>
      <w:hyperlink r:id="rId12">
        <w:r>
          <w:rPr>
            <w:color w:val="0000EE"/>
            <w:u w:val="single"/>
          </w:rPr>
          <w:t>https://autogpt.net/anthropic-partners-with-palantir-and-aws-to-bring-ai-to-u-s-defense-agencies/</w:t>
        </w:r>
      </w:hyperlink>
      <w:r>
        <w:t xml:space="preserve"> - Explains how the partnership enhances U.S. intelligence and defense capabilities by integrating Claude AI models into Palantir’s platform on AWS.</w:t>
      </w:r>
      <w:r/>
    </w:p>
    <w:p>
      <w:pPr>
        <w:pStyle w:val="ListNumber"/>
        <w:spacing w:line="240" w:lineRule="auto"/>
        <w:ind w:left="720"/>
      </w:pPr>
      <w:r/>
      <w:hyperlink r:id="rId13">
        <w:r>
          <w:rPr>
            <w:color w:val="0000EE"/>
            <w:u w:val="single"/>
          </w:rPr>
          <w:t>https://www.maginative.com/article/anthropic-palantir-and-aws-partner-to-bring-claude-ai-models-to-u-s-defense-agencies/</w:t>
        </w:r>
      </w:hyperlink>
      <w:r>
        <w:t xml:space="preserve"> - Describes the Impact Level 6 (IL6) certification and the secure hosting of Claude models on AWS, highlighting the partnership's significance for U.S. defense.</w:t>
      </w:r>
      <w:r/>
    </w:p>
    <w:p>
      <w:pPr>
        <w:pStyle w:val="ListNumber"/>
        <w:spacing w:line="240" w:lineRule="auto"/>
        <w:ind w:left="720"/>
      </w:pPr>
      <w:r/>
      <w:hyperlink r:id="rId14">
        <w:r>
          <w:rPr>
            <w:color w:val="0000EE"/>
            <w:u w:val="single"/>
          </w:rPr>
          <w:t>https://www.theregister.com/2024/11/07/anthropic_palantir_aws_claude/</w:t>
        </w:r>
      </w:hyperlink>
      <w:r>
        <w:t xml:space="preserve"> - Mentions the IL6 certification and how the partnership allows for the handling of classified data up to the Secret level.</w:t>
      </w:r>
      <w:r/>
    </w:p>
    <w:p>
      <w:pPr>
        <w:pStyle w:val="ListNumber"/>
        <w:spacing w:line="240" w:lineRule="auto"/>
        <w:ind w:left="720"/>
      </w:pPr>
      <w:r/>
      <w:hyperlink r:id="rId10">
        <w:r>
          <w:rPr>
            <w:color w:val="0000EE"/>
            <w:u w:val="single"/>
          </w:rPr>
          <w:t>https://techcrunch.com/2024/11/07/anthropic-teams-up-with-palantir-and-aws-to-sell-its-ai-to-defense-customers/</w:t>
        </w:r>
      </w:hyperlink>
      <w:r>
        <w:t xml:space="preserve"> - Provides details on the application of Claude models in reducing data processing times, uncovering patterns, and facilitating document reviews.</w:t>
      </w:r>
      <w:r/>
    </w:p>
    <w:p>
      <w:pPr>
        <w:pStyle w:val="ListNumber"/>
        <w:spacing w:line="240" w:lineRule="auto"/>
        <w:ind w:left="720"/>
      </w:pPr>
      <w:r/>
      <w:hyperlink r:id="rId11">
        <w:r>
          <w:rPr>
            <w:color w:val="0000EE"/>
            <w:u w:val="single"/>
          </w:rPr>
          <w:t>https://dataconomy.com/2024/11/08/anthropic-palantir-and-aws-partnership/</w:t>
        </w:r>
      </w:hyperlink>
      <w:r>
        <w:t xml:space="preserve"> - Quotes Shyam Sankar, CTO of Palantir, on the significance of bringing Claude models to classified environments.</w:t>
      </w:r>
      <w:r/>
    </w:p>
    <w:p>
      <w:pPr>
        <w:pStyle w:val="ListNumber"/>
        <w:spacing w:line="240" w:lineRule="auto"/>
        <w:ind w:left="720"/>
      </w:pPr>
      <w:r/>
      <w:hyperlink r:id="rId14">
        <w:r>
          <w:rPr>
            <w:color w:val="0000EE"/>
            <w:u w:val="single"/>
          </w:rPr>
          <w:t>https://www.theregister.com/2024/11/07/anthropic_palantir_aws_claude/</w:t>
        </w:r>
      </w:hyperlink>
      <w:r>
        <w:t xml:space="preserve"> - Compares Anthropic's acceptable use policy (AUP) with Meta's, highlighting that Anthropic does not need exemptions for defense applications.</w:t>
      </w:r>
      <w:r/>
    </w:p>
    <w:p>
      <w:pPr>
        <w:pStyle w:val="ListNumber"/>
        <w:spacing w:line="240" w:lineRule="auto"/>
        <w:ind w:left="720"/>
      </w:pPr>
      <w:r/>
      <w:hyperlink r:id="rId12">
        <w:r>
          <w:rPr>
            <w:color w:val="0000EE"/>
            <w:u w:val="single"/>
          </w:rPr>
          <w:t>https://autogpt.net/anthropic-partners-with-palantir-and-aws-to-bring-ai-to-u-s-defense-agencies/</w:t>
        </w:r>
      </w:hyperlink>
      <w:r>
        <w:t xml:space="preserve"> - Discusses Anthropic's commitment to making AI tools reliable and steerable for government use, as outlined in a June blog post.</w:t>
      </w:r>
      <w:r/>
    </w:p>
    <w:p>
      <w:pPr>
        <w:pStyle w:val="ListNumber"/>
        <w:spacing w:line="240" w:lineRule="auto"/>
        <w:ind w:left="720"/>
      </w:pPr>
      <w:r/>
      <w:hyperlink r:id="rId13">
        <w:r>
          <w:rPr>
            <w:color w:val="0000EE"/>
            <w:u w:val="single"/>
          </w:rPr>
          <w:t>https://www.maginative.com/article/anthropic-palantir-and-aws-partner-to-bring-claude-ai-models-to-u-s-defense-agencies/</w:t>
        </w:r>
      </w:hyperlink>
      <w:r>
        <w:t xml:space="preserve"> - Details the structured allowance for acceptable use policy exceptions for government agencies and the permitted uses of Claude models.</w:t>
      </w:r>
      <w:r/>
    </w:p>
    <w:p>
      <w:pPr>
        <w:pStyle w:val="ListNumber"/>
        <w:spacing w:line="240" w:lineRule="auto"/>
        <w:ind w:left="720"/>
      </w:pPr>
      <w:r/>
      <w:hyperlink r:id="rId11">
        <w:r>
          <w:rPr>
            <w:color w:val="0000EE"/>
            <w:u w:val="single"/>
          </w:rPr>
          <w:t>https://dataconomy.com/2024/11/08/anthropic-palantir-and-aws-partnership/</w:t>
        </w:r>
      </w:hyperlink>
      <w:r>
        <w:t xml:space="preserve"> - Highlights the growing trend among technology companies to tailor AI solutions for governmental applications, especially in high-security areas.</w:t>
      </w:r>
      <w:r/>
    </w:p>
    <w:p>
      <w:pPr>
        <w:pStyle w:val="ListNumber"/>
        <w:spacing w:line="240" w:lineRule="auto"/>
        <w:ind w:left="720"/>
      </w:pPr>
      <w:r/>
      <w:hyperlink r:id="rId14">
        <w:r>
          <w:rPr>
            <w:color w:val="0000EE"/>
            <w:u w:val="single"/>
          </w:rPr>
          <w:t>https://www.theregister.com/2024/11/07/anthropic_palantir_aws_claude/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07/anthropic-teams-up-with-palantir-and-aws-to-sell-its-ai-to-defense-customers/" TargetMode="External"/><Relationship Id="rId11" Type="http://schemas.openxmlformats.org/officeDocument/2006/relationships/hyperlink" Target="https://dataconomy.com/2024/11/08/anthropic-palantir-and-aws-partnership/" TargetMode="External"/><Relationship Id="rId12" Type="http://schemas.openxmlformats.org/officeDocument/2006/relationships/hyperlink" Target="https://autogpt.net/anthropic-partners-with-palantir-and-aws-to-bring-ai-to-u-s-defense-agencies/" TargetMode="External"/><Relationship Id="rId13" Type="http://schemas.openxmlformats.org/officeDocument/2006/relationships/hyperlink" Target="https://www.maginative.com/article/anthropic-palantir-and-aws-partner-to-bring-claude-ai-models-to-u-s-defense-agencies/" TargetMode="External"/><Relationship Id="rId14" Type="http://schemas.openxmlformats.org/officeDocument/2006/relationships/hyperlink" Target="https://www.theregister.com/2024/11/07/anthropic_palantir_aws_clau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