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Samsung unveils advancements in Galaxy AI for personalised and secure user experiences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Samsung has unveiled its latest developments in artificial intelligence technology as part of its Galaxy AI suite, highlighting significant advances that promise to deliver a future of more customised, efficient, and secure AI experiences for users. In a recent announcement, the South Korean technology leader shared its forward-looking strategy, which will harness both on-device and cloud-based processing through a newly-adopted hybrid model. This innovative approach is set to merge the rapid response capabilities of on-device AI with the expansive computational power of the cloud, aiming to enhance user experiences while safeguarding privacy and security.</w:t>
      </w:r>
      <w:r/>
    </w:p>
    <w:p>
      <w:r/>
      <w:r>
        <w:t>A major focus of Samsung's AI innovation is the transition toward personalised AI services. These services will be uniquely tailored, providing Samsung device users with experiences that closely align with their individual preferences and behaviours. By leveraging knowledge graph technology, Samsung intends to forge deeper connections between user activity and AI functionality. This approach could see the development of features such as more precise fitness tracking, with AI delivering bespoke suggestions and workout advice, or navigation features adapted to reflect the user's long-term travel routines.</w:t>
      </w:r>
      <w:r/>
    </w:p>
    <w:p>
      <w:r/>
      <w:r>
        <w:t>Samsung's implementation of knowledge graph technology will systematically gather and interpret data concerning users' habits, likes, and daily activities. This initiative aims to equip Galaxy AI with the intelligence to pre-emptively address user needs, offering recommendations that are contextually relevant and informed by the frequency and nature of device usage. The potential use cases for this technology span various areas, from providing enhanced support for health and fitness goals to offering intelligent, context-sensitive navigation during travel.</w:t>
      </w:r>
      <w:r/>
    </w:p>
    <w:p>
      <w:r/>
      <w:r>
        <w:t>In addition to enhancing personalisation, Samsung is heavily investing in hybrid AI to bolster processing efficiency while upholding robust data security. This strategy involves distributing AI processing tasks between the cloud and users' devices. By doing so, Samsung can deliver sophisticated AI functionalities with reduced latency, ensuring swift operation without risking the security of sensitive data. For example, tasks that involve personal information—such as health-related data and private communications—will predominantly be managed locally on the device, whereas less sensitive tasks may be processed in the cloud for improved efficacy.</w:t>
      </w:r>
      <w:r/>
    </w:p>
    <w:p>
      <w:r/>
      <w:r>
        <w:t>This integrated AI approach is already a component of the Galaxy AI ecosystem, with call processing and other tasks strategically allocated between the device and the cloud. As Samsung continues to refine and expand this system, users can anticipate the rollout of even more advanced AI solutions that promise to be fast, highly secure, and intricately customised to individual user needs.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https://www.samsung.com/us/support/answer/ANS10000753/</w:t>
        </w:r>
      </w:hyperlink>
      <w:r>
        <w:t xml:space="preserve"> - Corroborates the use of both on-device and cloud-based processing in Samsung's Galaxy AI suite and the requirement of the One UI 6.1 software update for these features.</w:t>
      </w:r>
      <w:r/>
    </w:p>
    <w:p>
      <w:pPr>
        <w:pStyle w:val="ListNumber"/>
        <w:spacing w:line="240" w:lineRule="auto"/>
        <w:ind w:left="720"/>
      </w:pPr>
      <w:r/>
      <w:hyperlink r:id="rId11">
        <w:r>
          <w:rPr>
            <w:color w:val="0000EE"/>
            <w:u w:val="single"/>
          </w:rPr>
          <w:t>https://www.techradar.com/phones/samsung-galaxy-phones/everything-you-need-to-know-about-the-samsung-galaxy-s24s-new-ai-features</w:t>
        </w:r>
      </w:hyperlink>
      <w:r>
        <w:t xml:space="preserve"> - Details the hybrid AI approach, including the distribution of AI processing tasks between the cloud and devices, and the specific features like Circle to Search and Instant Slow-Mo.</w:t>
      </w:r>
      <w:r/>
    </w:p>
    <w:p>
      <w:pPr>
        <w:pStyle w:val="ListNumber"/>
        <w:spacing w:line="240" w:lineRule="auto"/>
        <w:ind w:left="720"/>
      </w:pPr>
      <w:r/>
      <w:hyperlink r:id="rId12">
        <w:r>
          <w:rPr>
            <w:color w:val="0000EE"/>
            <w:u w:val="single"/>
          </w:rPr>
          <w:t>https://www.samsung.com/us/support/answer/ANS10001639/</w:t>
        </w:r>
      </w:hyperlink>
      <w:r>
        <w:t xml:space="preserve"> - Provides information on the compatibility of Galaxy AI with various Samsung devices and the necessity of the One UI 6.1 update for accessing these features.</w:t>
      </w:r>
      <w:r/>
    </w:p>
    <w:p>
      <w:pPr>
        <w:pStyle w:val="ListNumber"/>
        <w:spacing w:line="240" w:lineRule="auto"/>
        <w:ind w:left="720"/>
      </w:pPr>
      <w:r/>
      <w:hyperlink r:id="rId13">
        <w:r>
          <w:rPr>
            <w:color w:val="0000EE"/>
            <w:u w:val="single"/>
          </w:rPr>
          <w:t>https://www.androidheadlines.com/2024/11/samsung-working-on-key-tech-for-even-more-advanced-galaxy-ai.html</w:t>
        </w:r>
      </w:hyperlink>
      <w:r>
        <w:t xml:space="preserve"> - Discusses Samsung's development of knowledge graph technology to enhance Galaxy AI features and the hybrid AI approach for better data handling and security.</w:t>
      </w:r>
      <w:r/>
    </w:p>
    <w:p>
      <w:pPr>
        <w:pStyle w:val="ListNumber"/>
        <w:spacing w:line="240" w:lineRule="auto"/>
        <w:ind w:left="720"/>
      </w:pPr>
      <w:r/>
      <w:hyperlink r:id="rId14">
        <w:r>
          <w:rPr>
            <w:color w:val="0000EE"/>
            <w:u w:val="single"/>
          </w:rPr>
          <w:t>https://www.samsung.com/us/galaxy-ai/</w:t>
        </w:r>
      </w:hyperlink>
      <w:r>
        <w:t xml:space="preserve"> - Explains the overall concept of Galaxy AI, including its use of both on-device and cloud-based AI solutions, and the need for Samsung and Google accounts for certain features.</w:t>
      </w:r>
      <w:r/>
    </w:p>
    <w:p>
      <w:pPr>
        <w:pStyle w:val="ListNumber"/>
        <w:spacing w:line="240" w:lineRule="auto"/>
        <w:ind w:left="720"/>
      </w:pPr>
      <w:r/>
      <w:hyperlink r:id="rId10">
        <w:r>
          <w:rPr>
            <w:color w:val="0000EE"/>
            <w:u w:val="single"/>
          </w:rPr>
          <w:t>https://www.samsung.com/us/support/answer/ANS10000753/</w:t>
        </w:r>
      </w:hyperlink>
      <w:r>
        <w:t xml:space="preserve"> - Details how Galaxy AI features are tailored to individual preferences and behaviors, such as Note Assist and Drawing Assist.</w:t>
      </w:r>
      <w:r/>
    </w:p>
    <w:p>
      <w:pPr>
        <w:pStyle w:val="ListNumber"/>
        <w:spacing w:line="240" w:lineRule="auto"/>
        <w:ind w:left="720"/>
      </w:pPr>
      <w:r/>
      <w:hyperlink r:id="rId11">
        <w:r>
          <w:rPr>
            <w:color w:val="0000EE"/>
            <w:u w:val="single"/>
          </w:rPr>
          <w:t>https://www.techradar.com/phones/samsung-galaxy-phones/everything-you-need-to-know-about-the-samsung-galaxy-s24s-new-ai-features</w:t>
        </w:r>
      </w:hyperlink>
      <w:r>
        <w:t xml:space="preserve"> - Highlights the personalization aspect of Galaxy AI, including features like Live Translate and Interpreter that are adapted to user needs.</w:t>
      </w:r>
      <w:r/>
    </w:p>
    <w:p>
      <w:pPr>
        <w:pStyle w:val="ListNumber"/>
        <w:spacing w:line="240" w:lineRule="auto"/>
        <w:ind w:left="720"/>
      </w:pPr>
      <w:r/>
      <w:hyperlink r:id="rId12">
        <w:r>
          <w:rPr>
            <w:color w:val="0000EE"/>
            <w:u w:val="single"/>
          </w:rPr>
          <w:t>https://www.samsung.com/us/support/answer/ANS10001639/</w:t>
        </w:r>
      </w:hyperlink>
      <w:r>
        <w:t xml:space="preserve"> - Explains how knowledge graph technology will be used to gather and interpret user data for more contextually relevant recommendations.</w:t>
      </w:r>
      <w:r/>
    </w:p>
    <w:p>
      <w:pPr>
        <w:pStyle w:val="ListNumber"/>
        <w:spacing w:line="240" w:lineRule="auto"/>
        <w:ind w:left="720"/>
      </w:pPr>
      <w:r/>
      <w:hyperlink r:id="rId13">
        <w:r>
          <w:rPr>
            <w:color w:val="0000EE"/>
            <w:u w:val="single"/>
          </w:rPr>
          <w:t>https://www.androidheadlines.com/2024/11/samsung-working-on-key-tech-for-even-more-advanced-galaxy-ai.html</w:t>
        </w:r>
      </w:hyperlink>
      <w:r>
        <w:t xml:space="preserve"> - Describes the potential use cases of knowledge graph technology, such as enhanced fitness tracking and intelligent navigation.</w:t>
      </w:r>
      <w:r/>
    </w:p>
    <w:p>
      <w:pPr>
        <w:pStyle w:val="ListNumber"/>
        <w:spacing w:line="240" w:lineRule="auto"/>
        <w:ind w:left="720"/>
      </w:pPr>
      <w:r/>
      <w:hyperlink r:id="rId14">
        <w:r>
          <w:rPr>
            <w:color w:val="0000EE"/>
            <w:u w:val="single"/>
          </w:rPr>
          <w:t>https://www.samsung.com/us/galaxy-ai/</w:t>
        </w:r>
      </w:hyperlink>
      <w:r>
        <w:t xml:space="preserve"> - Details the security measures, including the option to disable cloud-based processing to ensure data privacy.</w:t>
      </w:r>
      <w:r/>
    </w:p>
    <w:p>
      <w:pPr>
        <w:pStyle w:val="ListNumber"/>
        <w:spacing w:line="240" w:lineRule="auto"/>
        <w:ind w:left="720"/>
      </w:pPr>
      <w:r/>
      <w:hyperlink r:id="rId11">
        <w:r>
          <w:rPr>
            <w:color w:val="0000EE"/>
            <w:u w:val="single"/>
          </w:rPr>
          <w:t>https://www.techradar.com/phones/samsung-galaxy-phones/everything-you-need-to-know-about-the-samsung-galaxy-s24s-new-ai-features</w:t>
        </w:r>
      </w:hyperlink>
      <w:r>
        <w:t xml:space="preserve"> - Corroborates the integrated AI approach and its impact on processing efficiency and data security, such as handling personal information locally on the device.</w:t>
      </w:r>
      <w:r/>
    </w:p>
    <w:p>
      <w:pPr>
        <w:pStyle w:val="ListNumber"/>
        <w:spacing w:line="240" w:lineRule="auto"/>
        <w:ind w:left="720"/>
      </w:pPr>
      <w:r/>
      <w:hyperlink r:id="rId15">
        <w:r>
          <w:rPr>
            <w:color w:val="0000EE"/>
            <w:u w:val="single"/>
          </w:rPr>
          <w:t>https://www.analyticsinsight.net/news/samsung-set-to-enhance-galaxy-ai-with-advanced-features-and-hybrid-capabilities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amsung.com/us/support/answer/ANS10000753/" TargetMode="External"/><Relationship Id="rId11" Type="http://schemas.openxmlformats.org/officeDocument/2006/relationships/hyperlink" Target="https://www.techradar.com/phones/samsung-galaxy-phones/everything-you-need-to-know-about-the-samsung-galaxy-s24s-new-ai-features" TargetMode="External"/><Relationship Id="rId12" Type="http://schemas.openxmlformats.org/officeDocument/2006/relationships/hyperlink" Target="https://www.samsung.com/us/support/answer/ANS10001639/" TargetMode="External"/><Relationship Id="rId13" Type="http://schemas.openxmlformats.org/officeDocument/2006/relationships/hyperlink" Target="https://www.androidheadlines.com/2024/11/samsung-working-on-key-tech-for-even-more-advanced-galaxy-ai.html" TargetMode="External"/><Relationship Id="rId14" Type="http://schemas.openxmlformats.org/officeDocument/2006/relationships/hyperlink" Target="https://www.samsung.com/us/galaxy-ai/" TargetMode="External"/><Relationship Id="rId15" Type="http://schemas.openxmlformats.org/officeDocument/2006/relationships/hyperlink" Target="https://www.analyticsinsight.net/news/samsung-set-to-enhance-galaxy-ai-with-advanced-features-and-hybrid-capabilit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