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Survey highlights need for external AI security reviews as threats mount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Survey Highlights Need for External AI Security Reviews as Threats Mount</w:t>
      </w:r>
      <w:r/>
    </w:p>
    <w:p>
      <w:r/>
      <w:r>
        <w:t>A recent survey conducted by HackerOne has revealed significant concerns among security professionals regarding the safety and security of Artificial Intelligence (AI) technologies. With the rapid advancement and adoption of AI, industry leaders are increasingly recognising the need for comprehensive security measures. The survey indicates that 67 percent of respondents consider external and unbiased reviews to be the most effective means of uncovering AI safety and security issues.</w:t>
      </w:r>
      <w:r/>
    </w:p>
    <w:p>
      <w:r/>
      <w:r>
        <w:t>The report draws on data from 500 global security leaders and over 2,000 hackers engaged with the HackerOne platform. The findings underscore that nearly 10 percent of security researchers are now focusing on AI technology. This comes as 48 percent of security leaders acknowledge AI as one of the greatest risks their organisations face.</w:t>
      </w:r>
      <w:r/>
    </w:p>
    <w:p>
      <w:r/>
      <w:r>
        <w:t>As AI red teaming gains momentum, there has been a notable 171 percent increase in AI assets being assessed on the HackerOne platform. From these assessments, 55 percent of all AI vulnerabilities reported are identified as AI safety issues.</w:t>
      </w:r>
      <w:r/>
    </w:p>
    <w:p>
      <w:r/>
      <w:r>
        <w:t>Chris Evans, the Chief Information Security Officer (CISO) and Chief Hacking Officer at HackerOne, emphasised the irreplaceable role of human intelligence in addressing the challenges posed by AI and other emerging technologies. "Even the most sophisticated automation can't match the ingenuity of human intelligence," Evans stated, highlighting the importance of collaboration between organisations and security researchers to identify and resolve unique vulnerabilities.</w:t>
      </w:r>
      <w:r/>
    </w:p>
    <w:p>
      <w:r/>
      <w:r>
        <w:t>Additionally, the survey highlights ongoing trends in cybersecurity, with cross-site scripting (XSS) and misconfigurations remaining the most frequently reported security weaknesses. Engagements such as penetration tests (pentests) and bug bounty programs continue to be instrumental in identifying these vulnerabilities. While pentests often uncover more systemic or architectural vulnerabilities, bug bounty programs focus on real-world attack vectors, user-level issues, and business logic flaws, with XSS as the most common weakness found.</w:t>
      </w:r>
      <w:r/>
    </w:p>
    <w:p>
      <w:r/>
      <w:r>
        <w:t>The survey also notes a divergence in how different industries are handling security threats. Security-mature and technology-focused industries, including online services, retail, and e-commerce, are actively working to reduce common vulnerabilities. Interestingly, Web3 companies report 65 percent fewer instances of XSS compared to the industry average, suggesting a proactive approach in managing security risks.</w:t>
      </w:r>
      <w:r/>
    </w:p>
    <w:p>
      <w:r/>
      <w:r>
        <w:t>The findings from the 2024 Hacker-Powered Security Report, available on the HackerOne website, provide invaluable insights into the evolving landscape of AI security and underline the critical role of human expertise in safeguarding technology.</w:t>
      </w:r>
      <w:r/>
    </w:p>
    <w:p>
      <w:r/>
      <w:r>
        <w:t>Image credit: Elnur_/depositphotos.com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https://www.hackerone.com/report/sans-ai-survey</w:t>
        </w:r>
      </w:hyperlink>
      <w:r>
        <w:t xml:space="preserve"> - This link supports the information about the SANS 2024 AI Survey, which explores the adoption of AI in cybersecurity, concerns about AI-powered cyberattacks, and the benefits and challenges of AI in security strategies.</w:t>
      </w:r>
      <w:r/>
    </w:p>
    <w:p>
      <w:pPr>
        <w:pStyle w:val="ListNumber"/>
        <w:spacing w:line="240" w:lineRule="auto"/>
        <w:ind w:left="720"/>
      </w:pPr>
      <w:r/>
      <w:hyperlink r:id="rId11">
        <w:r>
          <w:rPr>
            <w:color w:val="0000EE"/>
            <w:u w:val="single"/>
          </w:rPr>
          <w:t>https://www.techrepublic.com/article/hackerone-generative-ai-security-survey/</w:t>
        </w:r>
      </w:hyperlink>
      <w:r>
        <w:t xml:space="preserve"> - This article corroborates the findings that 48% of security professionals believe AI poses significant security risks, including concerns about leaked training data, unauthorized usage, and the hacking of AI models.</w:t>
      </w:r>
      <w:r/>
    </w:p>
    <w:p>
      <w:pPr>
        <w:pStyle w:val="ListNumber"/>
        <w:spacing w:line="240" w:lineRule="auto"/>
        <w:ind w:left="720"/>
      </w:pPr>
      <w:r/>
      <w:hyperlink r:id="rId12">
        <w:r>
          <w:rPr>
            <w:color w:val="0000EE"/>
            <w:u w:val="single"/>
          </w:rPr>
          <w:t>https://www.hackerone.com/press-release/nearly-half-security-professionals-agree-genai-one-their-biggest-security-risks</w:t>
        </w:r>
      </w:hyperlink>
      <w:r>
        <w:t xml:space="preserve"> - This press release supports the data that nearly half of security professionals consider AI as one of the greatest security risks and highlights the importance of external reviews for AI safety and security issues.</w:t>
      </w:r>
      <w:r/>
    </w:p>
    <w:p>
      <w:pPr>
        <w:pStyle w:val="ListNumber"/>
        <w:spacing w:line="240" w:lineRule="auto"/>
        <w:ind w:left="720"/>
      </w:pPr>
      <w:r/>
      <w:hyperlink r:id="rId13">
        <w:r>
          <w:rPr>
            <w:color w:val="0000EE"/>
            <w:u w:val="single"/>
          </w:rPr>
          <w:t>https://www.hackerone.com/ai</w:t>
        </w:r>
      </w:hyperlink>
      <w:r>
        <w:t xml:space="preserve"> - This page explains HackerOne's approach to AI security, including the use of AI red teaming and the involvement of the global security researcher community in safeguarding AI models.</w:t>
      </w:r>
      <w:r/>
    </w:p>
    <w:p>
      <w:pPr>
        <w:pStyle w:val="ListNumber"/>
        <w:spacing w:line="240" w:lineRule="auto"/>
        <w:ind w:left="720"/>
      </w:pPr>
      <w:r/>
      <w:hyperlink r:id="rId14">
        <w:r>
          <w:rPr>
            <w:color w:val="0000EE"/>
            <w:u w:val="single"/>
          </w:rPr>
          <w:t>https://www.hackerone.com/press-release/survey-one-third-us-companies-polled-experienced-ai-security-incident-last-year</w:t>
        </w:r>
      </w:hyperlink>
      <w:r>
        <w:t xml:space="preserve"> - This press release provides insights into the prevalence of AI security incidents and the budget allocations for AI security, as well as the use of AI red teaming to mitigate risks.</w:t>
      </w:r>
      <w:r/>
    </w:p>
    <w:p>
      <w:pPr>
        <w:pStyle w:val="ListNumber"/>
        <w:spacing w:line="240" w:lineRule="auto"/>
        <w:ind w:left="720"/>
      </w:pPr>
      <w:r/>
      <w:hyperlink r:id="rId11">
        <w:r>
          <w:rPr>
            <w:color w:val="0000EE"/>
            <w:u w:val="single"/>
          </w:rPr>
          <w:t>https://www.techrepublic.com/article/hackerone-generative-ai-security-survey/</w:t>
        </w:r>
      </w:hyperlink>
      <w:r>
        <w:t xml:space="preserve"> - This article details the increase in AI assets being assessed on the HackerOne platform and the role of AI red teaming in identifying and mitigating AI vulnerabilities.</w:t>
      </w:r>
      <w:r/>
    </w:p>
    <w:p>
      <w:pPr>
        <w:pStyle w:val="ListNumber"/>
        <w:spacing w:line="240" w:lineRule="auto"/>
        <w:ind w:left="720"/>
      </w:pPr>
      <w:r/>
      <w:hyperlink r:id="rId12">
        <w:r>
          <w:rPr>
            <w:color w:val="0000EE"/>
            <w:u w:val="single"/>
          </w:rPr>
          <w:t>https://www.hackerone.com/press-release/nearly-half-security-professionals-agree-genai-one-their-biggest-security-risks</w:t>
        </w:r>
      </w:hyperlink>
      <w:r>
        <w:t xml:space="preserve"> - This link supports the statement about the critical role of human intelligence in addressing AI challenges and the collaboration between organizations and security researchers.</w:t>
      </w:r>
      <w:r/>
    </w:p>
    <w:p>
      <w:pPr>
        <w:pStyle w:val="ListNumber"/>
        <w:spacing w:line="240" w:lineRule="auto"/>
        <w:ind w:left="720"/>
      </w:pPr>
      <w:r/>
      <w:hyperlink r:id="rId10">
        <w:r>
          <w:rPr>
            <w:color w:val="0000EE"/>
            <w:u w:val="single"/>
          </w:rPr>
          <w:t>https://www.hackerone.com/report/sans-ai-survey</w:t>
        </w:r>
      </w:hyperlink>
      <w:r>
        <w:t xml:space="preserve"> - This report highlights the ongoing trends in cybersecurity, including the common security weaknesses such as cross-site scripting (XSS) and misconfigurations.</w:t>
      </w:r>
      <w:r/>
    </w:p>
    <w:p>
      <w:pPr>
        <w:pStyle w:val="ListNumber"/>
        <w:spacing w:line="240" w:lineRule="auto"/>
        <w:ind w:left="720"/>
      </w:pPr>
      <w:r/>
      <w:hyperlink r:id="rId13">
        <w:r>
          <w:rPr>
            <w:color w:val="0000EE"/>
            <w:u w:val="single"/>
          </w:rPr>
          <w:t>https://www.hackerone.com/ai</w:t>
        </w:r>
      </w:hyperlink>
      <w:r>
        <w:t xml:space="preserve"> - This page explains how different industries, including Web3 companies, are handling security threats and their proactive approaches to managing security risks.</w:t>
      </w:r>
      <w:r/>
    </w:p>
    <w:p>
      <w:pPr>
        <w:pStyle w:val="ListNumber"/>
        <w:spacing w:line="240" w:lineRule="auto"/>
        <w:ind w:left="720"/>
      </w:pPr>
      <w:r/>
      <w:hyperlink r:id="rId11">
        <w:r>
          <w:rPr>
            <w:color w:val="0000EE"/>
            <w:u w:val="single"/>
          </w:rPr>
          <w:t>https://www.techrepublic.com/article/hackerone-generative-ai-security-survey/</w:t>
        </w:r>
      </w:hyperlink>
      <w:r>
        <w:t xml:space="preserve"> - This article discusses the role of pentests and bug bounty programs in identifying vulnerabilities, including XSS and other common security weaknesses.</w:t>
      </w:r>
      <w:r/>
    </w:p>
    <w:p>
      <w:pPr>
        <w:pStyle w:val="ListNumber"/>
        <w:spacing w:line="240" w:lineRule="auto"/>
        <w:ind w:left="720"/>
      </w:pPr>
      <w:r/>
      <w:hyperlink r:id="rId14">
        <w:r>
          <w:rPr>
            <w:color w:val="0000EE"/>
            <w:u w:val="single"/>
          </w:rPr>
          <w:t>https://www.hackerone.com/press-release/survey-one-third-us-companies-polled-experienced-ai-security-incident-last-year</w:t>
        </w:r>
      </w:hyperlink>
      <w:r>
        <w:t xml:space="preserve"> - This press release provides additional context on the findings from the 2024 Hacker-Powered Security Report and the importance of human expertise in safeguarding technology against AI threats.</w:t>
      </w:r>
      <w:r/>
    </w:p>
    <w:p>
      <w:pPr>
        <w:pStyle w:val="ListNumber"/>
        <w:spacing w:line="240" w:lineRule="auto"/>
        <w:ind w:left="720"/>
      </w:pPr>
      <w:r/>
      <w:hyperlink r:id="rId15">
        <w:r>
          <w:rPr>
            <w:color w:val="0000EE"/>
            <w:u w:val="single"/>
          </w:rPr>
          <w:t>https://betanews.com/2024/11/07/businesses-turn-to-humans-to-combat-ai-threats/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ackerone.com/report/sans-ai-survey" TargetMode="External"/><Relationship Id="rId11" Type="http://schemas.openxmlformats.org/officeDocument/2006/relationships/hyperlink" Target="https://www.techrepublic.com/article/hackerone-generative-ai-security-survey/" TargetMode="External"/><Relationship Id="rId12" Type="http://schemas.openxmlformats.org/officeDocument/2006/relationships/hyperlink" Target="https://www.hackerone.com/press-release/nearly-half-security-professionals-agree-genai-one-their-biggest-security-risks" TargetMode="External"/><Relationship Id="rId13" Type="http://schemas.openxmlformats.org/officeDocument/2006/relationships/hyperlink" Target="https://www.hackerone.com/ai" TargetMode="External"/><Relationship Id="rId14" Type="http://schemas.openxmlformats.org/officeDocument/2006/relationships/hyperlink" Target="https://www.hackerone.com/press-release/survey-one-third-us-companies-polled-experienced-ai-security-incident-last-year" TargetMode="External"/><Relationship Id="rId15" Type="http://schemas.openxmlformats.org/officeDocument/2006/relationships/hyperlink" Target="https://betanews.com/2024/11/07/businesses-turn-to-humans-to-combat-ai-threa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