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Taco Bell harnesses AI technology to revolutionise drive-thru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Taco Bell Harnesses AI Technology to Revolutionise Drive-Thru Experience</w:t>
      </w:r>
      <w:r/>
    </w:p>
    <w:p>
      <w:r/>
      <w:r>
        <w:t>In a significant development in the quick-service restaurant (QSR) industry, Taco Bell, one of the leading brands under Yum! Brands, has successfully processed over two million drive-thru orders using artificial intelligence (AI) technology. This innovative system is currently operational in more than 300 stores across the United States, establishing Taco Bell as a frontrunner in the integration of voice AI technology within the QSR sector.</w:t>
      </w:r>
      <w:r/>
    </w:p>
    <w:p>
      <w:r/>
      <w:r>
        <w:t>This advancement was highlighted during Yum! Brands' third-quarter earnings call, where Chris Turner, the company's Chief Financial Officer, shared insights into the ongoing technological enhancement across the Taco Bell network. Turner detailed the enthusiasm among franchisees to explore and implement this cutting-edge technology, pointing to significant adoption and success with voice AI in simplifying and streamlining the ordering process.</w:t>
      </w:r>
      <w:r/>
    </w:p>
    <w:p>
      <w:r/>
      <w:r>
        <w:t>In addition to implementing AI-driven orders, Taco Bell is enhancing customer engagement by integrating their loyalty programme with the drive-thru and kiosk systems. This integration allows customers to seamlessly identify themselves, personalise their orders, and efficiently earn and redeem loyalty rewards. This feature was expanded to 160 stores in the third quarter, with promising early results indicating a rise in both loyalty programme sign-ups and daily loyalty transactions, all achieved without compromising service speed.</w:t>
      </w:r>
      <w:r/>
    </w:p>
    <w:p>
      <w:r/>
      <w:r>
        <w:t>Turner also emphasised Yum! Brands' broader strategic focus on developing and scaling proprietary digital platforms. By doing so, the company aims to have greater control over its data, facilitate innovation, and achieve cost efficiencies. This strategic move involves a phased approach, with the initial phase concentrated on the acquisition and development of proprietary systems, while the subsequent phase seeks to exploit these platforms' full potential through AI and data asset utilisation.</w:t>
      </w:r>
      <w:r/>
    </w:p>
    <w:p>
      <w:r/>
      <w:r>
        <w:t>This initiative reflects a broader trend within the QSR industry, as companies increasingly look to digitise their operations and bring more services in-house, thus reducing reliance on third-party vendors. The ongoing advancements in cloud services, developer tools, and particularly artificial intelligence, have made the internal development of such sophisticated systems more feasible than ever before.</w:t>
      </w:r>
      <w:r/>
    </w:p>
    <w:p>
      <w:r/>
      <w:r>
        <w:t>Taco Bell's successful deployment of AI at its drive-thrus is a testament to the rapid evolution of technology in the food service industry, offering valuable insights into the future of customer interaction and service delivery. As AI continues to mature, its role in transforming traditional service models will likely expand, offering both opportunities and challenges for businesses aiming to enhance efficiency and customer satisfaction.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https://www.cnbc.com/2024/07/31/taco-bell-to-roll-out-ai-drive-thru-ordering-in-hundreds-of-locations.html</w:t>
        </w:r>
      </w:hyperlink>
      <w:r>
        <w:t xml:space="preserve"> - Corroborates the implementation of AI in Taco Bell drive-thrus, the number of locations involved, and the benefits such as improved order accuracy and reduced wait times.</w:t>
      </w:r>
      <w:r/>
    </w:p>
    <w:p>
      <w:pPr>
        <w:pStyle w:val="ListNumber"/>
        <w:spacing w:line="240" w:lineRule="auto"/>
        <w:ind w:left="720"/>
      </w:pPr>
      <w:r/>
      <w:hyperlink r:id="rId11">
        <w:r>
          <w:rPr>
            <w:color w:val="0000EE"/>
            <w:u w:val="single"/>
          </w:rPr>
          <w:t>https://www.usatoday.com/story/money/restaurants/2024/08/01/taco-bell-drive-thru-ai-voice-technology/74629911007/</w:t>
        </w:r>
      </w:hyperlink>
      <w:r>
        <w:t xml:space="preserve"> - Supports the expansion of AI voice technology to hundreds of Taco Bell locations, the enhancement of team member workloads, and the improvement in order accuracy.</w:t>
      </w:r>
      <w:r/>
    </w:p>
    <w:p>
      <w:pPr>
        <w:pStyle w:val="ListNumber"/>
        <w:spacing w:line="240" w:lineRule="auto"/>
        <w:ind w:left="720"/>
      </w:pPr>
      <w:r/>
      <w:hyperlink r:id="rId12">
        <w:r>
          <w:rPr>
            <w:color w:val="0000EE"/>
            <w:u w:val="single"/>
          </w:rPr>
          <w:t>https://restauranttechnologynews.com/2024/08/taco-bell-embraces-ai-drive-thrus-aiming-for-increased-restaurant-efficiency-and-customer-satisfaction/</w:t>
        </w:r>
      </w:hyperlink>
      <w:r>
        <w:t xml:space="preserve"> - Details the rollout of voice AI technology, its benefits, and the company's goal to implement it in all restaurants, as well as addressing concerns about job displacement.</w:t>
      </w:r>
      <w:r/>
    </w:p>
    <w:p>
      <w:pPr>
        <w:pStyle w:val="ListNumber"/>
        <w:spacing w:line="240" w:lineRule="auto"/>
        <w:ind w:left="720"/>
      </w:pPr>
      <w:r/>
      <w:hyperlink r:id="rId13">
        <w:r>
          <w:rPr>
            <w:color w:val="0000EE"/>
            <w:u w:val="single"/>
          </w:rPr>
          <w:t>https://www.cnn.com/2024/07/31/tech/taco-bell-expanding-ai-ordering-drive-thrus/index.html</w:t>
        </w:r>
      </w:hyperlink>
      <w:r>
        <w:t xml:space="preserve"> - Provides information on the expansion of AI voice technology, the two-year testing period, and the confidence in the technology's ability to improve customer experience.</w:t>
      </w:r>
      <w:r/>
    </w:p>
    <w:p>
      <w:pPr>
        <w:pStyle w:val="ListNumber"/>
        <w:spacing w:line="240" w:lineRule="auto"/>
        <w:ind w:left="720"/>
      </w:pPr>
      <w:r/>
      <w:hyperlink r:id="rId10">
        <w:r>
          <w:rPr>
            <w:color w:val="0000EE"/>
            <w:u w:val="single"/>
          </w:rPr>
          <w:t>https://www.cnbc.com/2024/07/31/taco-bell-to-roll-out-ai-drive-thru-ordering-in-hundreds-of-locations.html</w:t>
        </w:r>
      </w:hyperlink>
      <w:r>
        <w:t xml:space="preserve"> - Mentions the integration of AI in over 100 Taco Bell outlets and the plans for global rollout, aligning with the broader trend of digitizing operations.</w:t>
      </w:r>
      <w:r/>
    </w:p>
    <w:p>
      <w:pPr>
        <w:pStyle w:val="ListNumber"/>
        <w:spacing w:line="240" w:lineRule="auto"/>
        <w:ind w:left="720"/>
      </w:pPr>
      <w:r/>
      <w:hyperlink r:id="rId12">
        <w:r>
          <w:rPr>
            <w:color w:val="0000EE"/>
            <w:u w:val="single"/>
          </w:rPr>
          <w:t>https://restauranttechnologynews.com/2024/08/taco-bell-embraces-ai-drive-thrus-aiming-for-increased-restaurant-efficiency-and-customer-satisfaction/</w:t>
        </w:r>
      </w:hyperlink>
      <w:r>
        <w:t xml:space="preserve"> - Explains the enhancement of back-of-house operations and the elevation of the order experience for consumers, including the use of digital menu boards and the Poseidon POS system.</w:t>
      </w:r>
      <w:r/>
    </w:p>
    <w:p>
      <w:pPr>
        <w:pStyle w:val="ListNumber"/>
        <w:spacing w:line="240" w:lineRule="auto"/>
        <w:ind w:left="720"/>
      </w:pPr>
      <w:r/>
      <w:hyperlink r:id="rId11">
        <w:r>
          <w:rPr>
            <w:color w:val="0000EE"/>
            <w:u w:val="single"/>
          </w:rPr>
          <w:t>https://www.usatoday.com/story/money/restaurants/2024/08/01/taco-bell-drive-thru-ai-voice-technology/74629911007/</w:t>
        </w:r>
      </w:hyperlink>
      <w:r>
        <w:t xml:space="preserve"> - Discusses the ability of the AI model to understand various accents and pronunciations, and the role of human employees in assisting when the AI encounters difficulties.</w:t>
      </w:r>
      <w:r/>
    </w:p>
    <w:p>
      <w:pPr>
        <w:pStyle w:val="ListNumber"/>
        <w:spacing w:line="240" w:lineRule="auto"/>
        <w:ind w:left="720"/>
      </w:pPr>
      <w:r/>
      <w:hyperlink r:id="rId13">
        <w:r>
          <w:rPr>
            <w:color w:val="0000EE"/>
            <w:u w:val="single"/>
          </w:rPr>
          <w:t>https://www.cnn.com/2024/07/31/tech/taco-bell-expanding-ai-ordering-drive-thrus/index.html</w:t>
        </w:r>
      </w:hyperlink>
      <w:r>
        <w:t xml:space="preserve"> - Highlights the challenges faced by competitors like McDonald's with AI drive-thru technology and contrasts Taco Bell's successful implementation.</w:t>
      </w:r>
      <w:r/>
    </w:p>
    <w:p>
      <w:pPr>
        <w:pStyle w:val="ListNumber"/>
        <w:spacing w:line="240" w:lineRule="auto"/>
        <w:ind w:left="720"/>
      </w:pPr>
      <w:r/>
      <w:hyperlink r:id="rId12">
        <w:r>
          <w:rPr>
            <w:color w:val="0000EE"/>
            <w:u w:val="single"/>
          </w:rPr>
          <w:t>https://restauranttechnologynews.com/2024/08/taco-bell-embraces-ai-drive-thrus-aiming-for-increased-restaurant-efficiency-and-customer-satisfaction/</w:t>
        </w:r>
      </w:hyperlink>
      <w:r>
        <w:t xml:space="preserve"> - Details the broader strategic focus on developing and scaling proprietary digital platforms to control data, facilitate innovation, and achieve cost efficiencies.</w:t>
      </w:r>
      <w:r/>
    </w:p>
    <w:p>
      <w:pPr>
        <w:pStyle w:val="ListNumber"/>
        <w:spacing w:line="240" w:lineRule="auto"/>
        <w:ind w:left="720"/>
      </w:pPr>
      <w:r/>
      <w:hyperlink r:id="rId11">
        <w:r>
          <w:rPr>
            <w:color w:val="0000EE"/>
            <w:u w:val="single"/>
          </w:rPr>
          <w:t>https://www.usatoday.com/story/money/restaurants/2024/08/01/taco-bell-drive-thru-ai-voice-technology/74629911007/</w:t>
        </w:r>
      </w:hyperlink>
      <w:r>
        <w:t xml:space="preserve"> - Supports the trend of QSR companies digitizing operations and reducing reliance on third-party vendors, leveraging advancements in cloud services and AI.</w:t>
      </w:r>
      <w:r/>
    </w:p>
    <w:p>
      <w:pPr>
        <w:pStyle w:val="ListNumber"/>
        <w:spacing w:line="240" w:lineRule="auto"/>
        <w:ind w:left="720"/>
      </w:pPr>
      <w:r/>
      <w:hyperlink r:id="rId13">
        <w:r>
          <w:rPr>
            <w:color w:val="0000EE"/>
            <w:u w:val="single"/>
          </w:rPr>
          <w:t>https://www.cnn.com/2024/07/31/tech/taco-bell-expanding-ai-ordering-drive-thrus/index.html</w:t>
        </w:r>
      </w:hyperlink>
      <w:r>
        <w:t xml:space="preserve"> - Reflects on the future of customer interaction and service delivery as AI continues to mature and transform traditional service models.</w:t>
      </w:r>
      <w:r/>
    </w:p>
    <w:p>
      <w:pPr>
        <w:pStyle w:val="ListNumber"/>
        <w:spacing w:line="240" w:lineRule="auto"/>
        <w:ind w:left="720"/>
      </w:pPr>
      <w:r/>
      <w:hyperlink r:id="rId14">
        <w:r>
          <w:rPr>
            <w:color w:val="0000EE"/>
            <w:u w:val="single"/>
          </w:rPr>
          <w:t>https://www.sixteen-nine.net/2024/11/07/taco-bell-has-processed-2m-drive-thru-orders-using-ai-now-in-use-at-300-us-stores/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07/31/taco-bell-to-roll-out-ai-drive-thru-ordering-in-hundreds-of-locations.html" TargetMode="External"/><Relationship Id="rId11" Type="http://schemas.openxmlformats.org/officeDocument/2006/relationships/hyperlink" Target="https://www.usatoday.com/story/money/restaurants/2024/08/01/taco-bell-drive-thru-ai-voice-technology/74629911007/" TargetMode="External"/><Relationship Id="rId12" Type="http://schemas.openxmlformats.org/officeDocument/2006/relationships/hyperlink" Target="https://restauranttechnologynews.com/2024/08/taco-bell-embraces-ai-drive-thrus-aiming-for-increased-restaurant-efficiency-and-customer-satisfaction/" TargetMode="External"/><Relationship Id="rId13" Type="http://schemas.openxmlformats.org/officeDocument/2006/relationships/hyperlink" Target="https://www.cnn.com/2024/07/31/tech/taco-bell-expanding-ai-ordering-drive-thrus/index.html" TargetMode="External"/><Relationship Id="rId14" Type="http://schemas.openxmlformats.org/officeDocument/2006/relationships/hyperlink" Target="https://www.sixteen-nine.net/2024/11/07/taco-bell-has-processed-2m-drive-thru-orders-using-ai-now-in-use-at-300-us-sto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