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on the tattoo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Impact of Artificial Intelligence on the Tattoo Industry</w:t>
      </w:r>
      <w:r/>
    </w:p>
    <w:p>
      <w:r/>
      <w:r>
        <w:t>Artificial intelligence (AI) continues to influence various industries worldwide, with the tattoo industry being the latest to feel its transformative effects. The integration of AI into tattoo design has sparked a debate among tattoo artists, with some expressing concern over its potential to overshadow traditional artistic methods.</w:t>
      </w:r>
      <w:r/>
    </w:p>
    <w:p>
      <w:r/>
      <w:r>
        <w:t>A growing number of designers are adopting AI software to create intricate tattoo designs, a task traditionally handled by human creativity and skill. This shift has led to discussions about the role of AI in the tattoo industry and whether it constitutes a form of creative integrity.</w:t>
      </w:r>
      <w:r/>
    </w:p>
    <w:p>
      <w:r/>
      <w:r>
        <w:t>Ziggy Tramdaks, an established tattoo artist, conveyed to the Wall Street Journal the inevitability of AI taking over the industry. "It just outperforms people," he commented, suggesting that regardless of personal opinions, AI's presence in tattooing is likely to grow.</w:t>
      </w:r>
      <w:r/>
    </w:p>
    <w:p>
      <w:r/>
      <w:r>
        <w:t>Matt Doherty, a 41-year-old tattoo artist based in Sicklerville, New Jersey, likened the use of AI in tattoo design to “doing sports on steroids." Doherty and others find the idea of AI-generated designs akin to cheating, as it bypasses the traditional creative process and artistic skill that define custom tattoo work.</w:t>
      </w:r>
      <w:r/>
    </w:p>
    <w:p>
      <w:r/>
      <w:r>
        <w:t>The rapid advancement and accessibility of AI technologies, such as language learning models like ChatGPT, have made it easier for individuals to produce graphic designs without in-depth technical knowledge. These models can generate realistic images swiftly, aiding both novices and professionals alike.</w:t>
      </w:r>
      <w:r/>
    </w:p>
    <w:p>
      <w:r/>
      <w:r>
        <w:t>Variations of ChatGPT specifically designed for tattoo creation are already available, alongside several other similar programs. However, the use of AI-generated designs raises questions for those seeking tattoos. Kaarina Vuorinen, a 30-year-old dental nurse from Helsinki, Finland, experienced this firsthand. During a lengthy tattoo session, she discovered that her tattoo artist had used AI to create the design, leaving her feeling disappointed despite the artist expressing pride in the work.</w:t>
      </w:r>
      <w:r/>
    </w:p>
    <w:p>
      <w:r/>
      <w:r>
        <w:t>On the other hand, some clients embrace AI-generated tattoos but often hold expectations that are difficult to meet. Matthew Hatch, another tattoo artist, recounted an incident where a customer requested an AI-designed galaxy tattoo, which could have resulted in an unsatisfactory final product due to the limitations of tattooing compared to AI imagery.</w:t>
      </w:r>
      <w:r/>
    </w:p>
    <w:p>
      <w:r/>
      <w:r>
        <w:t>As AI continues to integrate into the artistic processes of the tattoo industry, both artists and clients face the challenge of adapting to these changes. While AI offers a new dimension to design possibilities, it also presents a complex dialogue about the balance between technology and traditional artistic expression.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https://inkppl.com/en/magazine/trends/how-ai-is-revolutionizing-the-tattoo-industry</w:t>
        </w:r>
      </w:hyperlink>
      <w:r>
        <w:t xml:space="preserve"> - This article discusses how AI is revolutionizing the tattoo industry by enhancing personalization, streamlining the creative process, and aiding in tattoo cover-ups, which supports the integration of AI in tattoo design.</w:t>
      </w:r>
      <w:r/>
    </w:p>
    <w:p>
      <w:pPr>
        <w:pStyle w:val="ListNumber"/>
        <w:spacing w:line="240" w:lineRule="auto"/>
        <w:ind w:left="720"/>
      </w:pPr>
      <w:r/>
      <w:hyperlink r:id="rId11">
        <w:r>
          <w:rPr>
            <w:color w:val="0000EE"/>
            <w:u w:val="single"/>
          </w:rPr>
          <w:t>https://happymindesign.com/blogs/f/6-ways-ai-is-changing-the-tattoo-industry</w:t>
        </w:r>
      </w:hyperlink>
      <w:r>
        <w:t xml:space="preserve"> - This article highlights six ways AI is changing the tattoo industry, including enhancing creativity, efficiency, safety, and customer experiences, which aligns with the discussion on AI's impact on tattoo design and processes.</w:t>
      </w:r>
      <w:r/>
    </w:p>
    <w:p>
      <w:pPr>
        <w:pStyle w:val="ListNumber"/>
        <w:spacing w:line="240" w:lineRule="auto"/>
        <w:ind w:left="720"/>
      </w:pPr>
      <w:r/>
      <w:hyperlink r:id="rId12">
        <w:r>
          <w:rPr>
            <w:color w:val="0000EE"/>
            <w:u w:val="single"/>
          </w:rPr>
          <w:t>https://www.reddit.com/r/tattoo/comments/1eiim4i/the_effect_of_ai_on_the_tattoo_industry/</w:t>
        </w:r>
      </w:hyperlink>
      <w:r>
        <w:t xml:space="preserve"> - This Reddit discussion explores the effect of AI on the tattoo industry, including concerns about AI-generated designs and the role of artistic skill, which mirrors the debate among tattoo artists mentioned in the article.</w:t>
      </w:r>
      <w:r/>
    </w:p>
    <w:p>
      <w:pPr>
        <w:pStyle w:val="ListNumber"/>
        <w:spacing w:line="240" w:lineRule="auto"/>
        <w:ind w:left="720"/>
      </w:pPr>
      <w:r/>
      <w:hyperlink r:id="rId13">
        <w:r>
          <w:rPr>
            <w:color w:val="0000EE"/>
            <w:u w:val="single"/>
          </w:rPr>
          <w:t>https://tattooing101.com/news/ai-generated-art-how-will-it-affect-tattoo-artists/</w:t>
        </w:r>
      </w:hyperlink>
      <w:r>
        <w:t xml:space="preserve"> - This article delves into how AI-generated art will affect tattoo artists, including the potential for AI to create professional-quality designs and its impact on marketing and the industry as a whole, supporting the points about AI's growing presence and its effects on traditional artistic methods.</w:t>
      </w:r>
      <w:r/>
    </w:p>
    <w:p>
      <w:pPr>
        <w:pStyle w:val="ListNumber"/>
        <w:spacing w:line="240" w:lineRule="auto"/>
        <w:ind w:left="720"/>
      </w:pPr>
      <w:r/>
      <w:hyperlink r:id="rId13">
        <w:r>
          <w:rPr>
            <w:color w:val="0000EE"/>
            <w:u w:val="single"/>
          </w:rPr>
          <w:t>https://tattooing101.com/news/ai-generated-art-how-will-it-affect-tattoo-artists/</w:t>
        </w:r>
      </w:hyperlink>
      <w:r>
        <w:t xml:space="preserve"> - This article also discusses how AI can assist in marketing efforts and create a larger client base, which relates to the accessibility and growth of the tattoo industry due to AI.</w:t>
      </w:r>
      <w:r/>
    </w:p>
    <w:p>
      <w:pPr>
        <w:pStyle w:val="ListNumber"/>
        <w:spacing w:line="240" w:lineRule="auto"/>
        <w:ind w:left="720"/>
      </w:pPr>
      <w:r/>
      <w:hyperlink r:id="rId10">
        <w:r>
          <w:rPr>
            <w:color w:val="0000EE"/>
            <w:u w:val="single"/>
          </w:rPr>
          <w:t>https://inkppl.com/en/magazine/trends/how-ai-is-revolutionizing-the-tattoo-industry</w:t>
        </w:r>
      </w:hyperlink>
      <w:r>
        <w:t xml:space="preserve"> - The article mentions AI tools like Relight and Remini, which are used to enhance and restore images for tattoo designs, illustrating the practical applications of AI in tattoo artistry.</w:t>
      </w:r>
      <w:r/>
    </w:p>
    <w:p>
      <w:pPr>
        <w:pStyle w:val="ListNumber"/>
        <w:spacing w:line="240" w:lineRule="auto"/>
        <w:ind w:left="720"/>
      </w:pPr>
      <w:r/>
      <w:hyperlink r:id="rId14">
        <w:r>
          <w:rPr>
            <w:color w:val="0000EE"/>
            <w:u w:val="single"/>
          </w:rPr>
          <w:t>https://tattooschool.com/how-ai-is-pushing-artists-to-change-careers-and-become-tattoo-artists/</w:t>
        </w:r>
      </w:hyperlink>
      <w:r>
        <w:t xml:space="preserve"> - This article explains why tattooing remains a unique and valuable skill that AI cannot replicate, highlighting the personal connection between the artist and the client, which is a key aspect of the debate on creative integrity.</w:t>
      </w:r>
      <w:r/>
    </w:p>
    <w:p>
      <w:pPr>
        <w:pStyle w:val="ListNumber"/>
        <w:spacing w:line="240" w:lineRule="auto"/>
        <w:ind w:left="720"/>
      </w:pPr>
      <w:r/>
      <w:hyperlink r:id="rId11">
        <w:r>
          <w:rPr>
            <w:color w:val="0000EE"/>
            <w:u w:val="single"/>
          </w:rPr>
          <w:t>https://happymindesign.com/blogs/f/6-ways-ai-is-changing-the-tattoo-industry</w:t>
        </w:r>
      </w:hyperlink>
      <w:r>
        <w:t xml:space="preserve"> - The article discusses the rapid advancement and accessibility of AI technologies, such as language learning models, which aid in producing graphic designs without in-depth technical knowledge, similar to the points made about ChatGPT-like models.</w:t>
      </w:r>
      <w:r/>
    </w:p>
    <w:p>
      <w:pPr>
        <w:pStyle w:val="ListNumber"/>
        <w:spacing w:line="240" w:lineRule="auto"/>
        <w:ind w:left="720"/>
      </w:pPr>
      <w:r/>
      <w:hyperlink r:id="rId13">
        <w:r>
          <w:rPr>
            <w:color w:val="0000EE"/>
            <w:u w:val="single"/>
          </w:rPr>
          <w:t>https://tattooing101.com/news/ai-generated-art-how-will-it-affect-tattoo-artists/</w:t>
        </w:r>
      </w:hyperlink>
      <w:r>
        <w:t xml:space="preserve"> - This article addresses the concern that AI-generated designs could lead to a surplus of art and potentially lower the value of human-created art, reflecting the concerns about creative integrity and the role of AI in tattoo design.</w:t>
      </w:r>
      <w:r/>
    </w:p>
    <w:p>
      <w:pPr>
        <w:pStyle w:val="ListNumber"/>
        <w:spacing w:line="240" w:lineRule="auto"/>
        <w:ind w:left="720"/>
      </w:pPr>
      <w:r/>
      <w:hyperlink r:id="rId10">
        <w:r>
          <w:rPr>
            <w:color w:val="0000EE"/>
            <w:u w:val="single"/>
          </w:rPr>
          <w:t>https://inkppl.com/en/magazine/trends/how-ai-is-revolutionizing-the-tattoo-industry</w:t>
        </w:r>
      </w:hyperlink>
      <w:r>
        <w:t xml:space="preserve"> - The article mentions that AI tools complement rather than replace the need for an artist's academic knowledge and creativity, which is a crucial point in the discussion about the balance between technology and traditional artistic expression.</w:t>
      </w:r>
      <w:r/>
    </w:p>
    <w:p>
      <w:pPr>
        <w:pStyle w:val="ListNumber"/>
        <w:spacing w:line="240" w:lineRule="auto"/>
        <w:ind w:left="720"/>
      </w:pPr>
      <w:r/>
      <w:hyperlink r:id="rId14">
        <w:r>
          <w:rPr>
            <w:color w:val="0000EE"/>
            <w:u w:val="single"/>
          </w:rPr>
          <w:t>https://tattooschool.com/how-ai-is-pushing-artists-to-change-careers-and-become-tattoo-artists/</w:t>
        </w:r>
      </w:hyperlink>
      <w:r>
        <w:t xml:space="preserve"> - This article highlights that AI cannot replicate the personal connection and manual skill involved in tattooing, supporting the argument that tattooing remains a unique skill despite AI advancements.</w:t>
      </w:r>
      <w:r/>
    </w:p>
    <w:p>
      <w:pPr>
        <w:pStyle w:val="ListNumber"/>
        <w:spacing w:line="240" w:lineRule="auto"/>
        <w:ind w:left="720"/>
      </w:pPr>
      <w:r/>
      <w:hyperlink r:id="rId15">
        <w:r>
          <w:rPr>
            <w:color w:val="0000EE"/>
            <w:u w:val="single"/>
          </w:rPr>
          <w:t>https://nypost.com/2024/11/07/lifestyle/tattoo-artists-fume-over-ai-designs-like-doing-sports-on-steroids/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kppl.com/en/magazine/trends/how-ai-is-revolutionizing-the-tattoo-industry" TargetMode="External"/><Relationship Id="rId11" Type="http://schemas.openxmlformats.org/officeDocument/2006/relationships/hyperlink" Target="https://happymindesign.com/blogs/f/6-ways-ai-is-changing-the-tattoo-industry" TargetMode="External"/><Relationship Id="rId12" Type="http://schemas.openxmlformats.org/officeDocument/2006/relationships/hyperlink" Target="https://www.reddit.com/r/tattoo/comments/1eiim4i/the_effect_of_ai_on_the_tattoo_industry/" TargetMode="External"/><Relationship Id="rId13" Type="http://schemas.openxmlformats.org/officeDocument/2006/relationships/hyperlink" Target="https://tattooing101.com/news/ai-generated-art-how-will-it-affect-tattoo-artists/" TargetMode="External"/><Relationship Id="rId14" Type="http://schemas.openxmlformats.org/officeDocument/2006/relationships/hyperlink" Target="https://tattooschool.com/how-ai-is-pushing-artists-to-change-careers-and-become-tattoo-artists/" TargetMode="External"/><Relationship Id="rId15" Type="http://schemas.openxmlformats.org/officeDocument/2006/relationships/hyperlink" Target="https://nypost.com/2024/11/07/lifestyle/tattoo-artists-fume-over-ai-designs-like-doing-sports-on-steroi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