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the alcohol industry: transforming operations and consumer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alcohol industry has increasingly embraced data and artificial intelligence (AI) technologies to enhance various facets of its operations. This shift is aimed at boosting efficiency and profitability in a competitive market landscape. Within this transformation, several key applications of AI are being leveraged to redefine how companies interact with consumers, develop products, and manage compliance.</w:t>
      </w:r>
      <w:r/>
    </w:p>
    <w:p>
      <w:r/>
      <w:r>
        <w:t>One of the foremost areas where AI is making an impact is marketing and gaining insights. The ability to harness large volumes of data provides companies with a deeper understanding of consumer behaviour, thus enabling them to craft more targeted and effective marketing strategies. By analysing purchase patterns and demographic data, businesses can discern trends and assess product performance. This knowledge is often shared between suppliers and wholesalers to strategically position products in markets where the demand is anticipated. Additionally, AI systems are capable of monitoring customer orders, which aids in generating recommendations for customers’ future purchases, potentially enhancing their shopping experience.</w:t>
      </w:r>
      <w:r/>
    </w:p>
    <w:p>
      <w:r/>
      <w:r>
        <w:t>Furthermore, AI is being utilised to identify nascent consumer preferences. This insight is critical for companies as it facilitates data-driven decision-making in terms of adjusting production schedules, planning marketing campaigns, and embarking on innovative projects. By predicting shifts in consumer tastes, businesses can remain agile and responsive to market dynamics.</w:t>
      </w:r>
      <w:r/>
    </w:p>
    <w:p>
      <w:r/>
      <w:r>
        <w:t>The interaction with customers has also seen significant transformation through AI. Chatbots have become a common tool for addressing frequent queries, reducing wait times, and decreasing the operational burden on companies. AI-driven virtual programs have emerged as personalised recommendation tools. A notable example is seen with Diageo's "What’s Your Whisky" initiative, which uses consumer responses to recommend whiskies likely to suit individual tastes.</w:t>
      </w:r>
      <w:r/>
    </w:p>
    <w:p>
      <w:r/>
      <w:r>
        <w:t>In terms of regulatory compliance, AI's role may initially appear paradoxical given the complex regulatory landscape governing the alcohol industry. Nevertheless, AI has proven advantageous in meeting reporting and payment deadlines, thereby alleviating the workload on compliance teams. However, several considerations need to be taken into account when implementing AI tools in this sector.</w:t>
      </w:r>
      <w:r/>
    </w:p>
    <w:p>
      <w:r/>
      <w:r>
        <w:t>Data protection remains a critical concern, especially as US states continue to enforce comprehensive data privacy regulations. Collaboration with IT teams and data specialists to ensure data security and anonymity is of utmost importance. Additionally, while data and AI possess significant intrinsic value, determining this worth can be challenging due to the diverse levels of AI application. It is essential for companies to judiciously consider the valuation of data and AI tools, particularly when exchanging or selling them, to avoid contravening tied house restrictions.</w:t>
      </w:r>
      <w:r/>
    </w:p>
    <w:p>
      <w:r/>
      <w:r>
        <w:t>Transparency is another cornerstone in the use of AI and data. Clear objectives should guide the use of these technologies, and businesses must understand the obligations related to handling personally identifiable information. Ensuring transparency about data collection, usage, and disclosure, as well as maintaining current privacy policies, is incumbent upon companies employing these technological advancements.</w:t>
      </w:r>
      <w:r/>
    </w:p>
    <w:p>
      <w:r/>
      <w:r>
        <w:t>As the alcohol industry continues to integrate AI and data-driven strategies, companies are poised to not only optimise their operations but also to profoundly redefine consumer engagement and product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https://clarkstonconsulting.com/insights/technology-trends-shaping-the-alcohol-industry/</w:t>
        </w:r>
      </w:hyperlink>
      <w:r>
        <w:t xml:space="preserve"> - This article explains how AI and machine learning are used to analyze large volumes of data, including consumer behavior, to enhance marketing strategies and product development in the alcohol industry.</w:t>
      </w:r>
      <w:r/>
    </w:p>
    <w:p>
      <w:pPr>
        <w:pStyle w:val="ListNumber"/>
        <w:spacing w:line="240" w:lineRule="auto"/>
        <w:ind w:left="720"/>
      </w:pPr>
      <w:r/>
      <w:hyperlink r:id="rId11">
        <w:r>
          <w:rPr>
            <w:color w:val="0000EE"/>
            <w:u w:val="single"/>
          </w:rPr>
          <w:t>https://www.just-drinks.com/data-insights/top-ranked-alcoholic-beverages-companies-in-ai/</w:t>
        </w:r>
      </w:hyperlink>
      <w:r>
        <w:t xml:space="preserve"> - This source details how leading companies like AB InBev, Diageo, and Heineken use AI to gain insights into consumer behavior and preferences, and to optimize their operations.</w:t>
      </w:r>
      <w:r/>
    </w:p>
    <w:p>
      <w:pPr>
        <w:pStyle w:val="ListNumber"/>
        <w:spacing w:line="240" w:lineRule="auto"/>
        <w:ind w:left="720"/>
      </w:pPr>
      <w:r/>
      <w:hyperlink r:id="rId12">
        <w:r>
          <w:rPr>
            <w:color w:val="0000EE"/>
            <w:u w:val="single"/>
          </w:rPr>
          <w:t>https://zipdo.co/research/ai-in-the-alcohol-industry-statistics/</w:t>
        </w:r>
      </w:hyperlink>
      <w:r>
        <w:t xml:space="preserve"> - This article provides statistics on how AI is used to analyze customer feedback, predict consumer preferences, and optimize production processes in the alcohol industry.</w:t>
      </w:r>
      <w:r/>
    </w:p>
    <w:p>
      <w:pPr>
        <w:pStyle w:val="ListNumber"/>
        <w:spacing w:line="240" w:lineRule="auto"/>
        <w:ind w:left="720"/>
      </w:pPr>
      <w:r/>
      <w:hyperlink r:id="rId13">
        <w:r>
          <w:rPr>
            <w:color w:val="0000EE"/>
            <w:u w:val="single"/>
          </w:rPr>
          <w:t>https://www.provi.com/blog/how-ai-is-shaking-up-the-alcohol-industry</w:t>
        </w:r>
      </w:hyperlink>
      <w:r>
        <w:t xml:space="preserve"> - This blog post discusses how AI is used in customer support chatbots, personalized product recommendations, and compliance management in the alcohol industry.</w:t>
      </w:r>
      <w:r/>
    </w:p>
    <w:p>
      <w:pPr>
        <w:pStyle w:val="ListNumber"/>
        <w:spacing w:line="240" w:lineRule="auto"/>
        <w:ind w:left="720"/>
      </w:pPr>
      <w:r/>
      <w:hyperlink r:id="rId14">
        <w:r>
          <w:rPr>
            <w:color w:val="0000EE"/>
            <w:u w:val="single"/>
          </w:rPr>
          <w:t>https://www.fastcompany.com/91159476/liquor-beverage-industry-ai-better-flavors-extreme-weather</w:t>
        </w:r>
      </w:hyperlink>
      <w:r>
        <w:t xml:space="preserve"> - This article highlights Diageo's 'What’s Your Whisky' initiative and other AI-driven tools that predict flavor preferences and help in product innovation.</w:t>
      </w:r>
      <w:r/>
    </w:p>
    <w:p>
      <w:pPr>
        <w:pStyle w:val="ListNumber"/>
        <w:spacing w:line="240" w:lineRule="auto"/>
        <w:ind w:left="720"/>
      </w:pPr>
      <w:r/>
      <w:hyperlink r:id="rId10">
        <w:r>
          <w:rPr>
            <w:color w:val="0000EE"/>
            <w:u w:val="single"/>
          </w:rPr>
          <w:t>https://clarkstonconsulting.com/insights/technology-trends-shaping-the-alcohol-industry/</w:t>
        </w:r>
      </w:hyperlink>
      <w:r>
        <w:t xml:space="preserve"> - This article explains the use of AI in identifying nascent consumer preferences and adjusting production schedules and marketing campaigns accordingly.</w:t>
      </w:r>
      <w:r/>
    </w:p>
    <w:p>
      <w:pPr>
        <w:pStyle w:val="ListNumber"/>
        <w:spacing w:line="240" w:lineRule="auto"/>
        <w:ind w:left="720"/>
      </w:pPr>
      <w:r/>
      <w:hyperlink r:id="rId11">
        <w:r>
          <w:rPr>
            <w:color w:val="0000EE"/>
            <w:u w:val="single"/>
          </w:rPr>
          <w:t>https://www.just-drinks.com/data-insights/top-ranked-alcoholic-beverages-companies-in-ai/</w:t>
        </w:r>
      </w:hyperlink>
      <w:r>
        <w:t xml:space="preserve"> - This source describes how companies like Diageo use AI-driven virtual programs for personalized recommendations, such as the 'What’s Your Whisky' initiative.</w:t>
      </w:r>
      <w:r/>
    </w:p>
    <w:p>
      <w:pPr>
        <w:pStyle w:val="ListNumber"/>
        <w:spacing w:line="240" w:lineRule="auto"/>
        <w:ind w:left="720"/>
      </w:pPr>
      <w:r/>
      <w:hyperlink r:id="rId12">
        <w:r>
          <w:rPr>
            <w:color w:val="0000EE"/>
            <w:u w:val="single"/>
          </w:rPr>
          <w:t>https://zipdo.co/research/ai-in-the-alcohol-industry-statistics/</w:t>
        </w:r>
      </w:hyperlink>
      <w:r>
        <w:t xml:space="preserve"> - This article mentions the use of AI in optimizing production processes, reducing waste, and enhancing profitability, which aligns with the need for data-driven decision-making.</w:t>
      </w:r>
      <w:r/>
    </w:p>
    <w:p>
      <w:pPr>
        <w:pStyle w:val="ListNumber"/>
        <w:spacing w:line="240" w:lineRule="auto"/>
        <w:ind w:left="720"/>
      </w:pPr>
      <w:r/>
      <w:hyperlink r:id="rId13">
        <w:r>
          <w:rPr>
            <w:color w:val="0000EE"/>
            <w:u w:val="single"/>
          </w:rPr>
          <w:t>https://www.provi.com/blog/how-ai-is-shaking-up-the-alcohol-industry</w:t>
        </w:r>
      </w:hyperlink>
      <w:r>
        <w:t xml:space="preserve"> - This blog post discusses the role of AI in regulatory compliance, including monitoring regulatory changes and streamlining compliance reports.</w:t>
      </w:r>
      <w:r/>
    </w:p>
    <w:p>
      <w:pPr>
        <w:pStyle w:val="ListNumber"/>
        <w:spacing w:line="240" w:lineRule="auto"/>
        <w:ind w:left="720"/>
      </w:pPr>
      <w:r/>
      <w:hyperlink r:id="rId11">
        <w:r>
          <w:rPr>
            <w:color w:val="0000EE"/>
            <w:u w:val="single"/>
          </w:rPr>
          <w:t>https://www.just-drinks.com/data-insights/top-ranked-alcoholic-beverages-companies-in-ai/</w:t>
        </w:r>
      </w:hyperlink>
      <w:r>
        <w:t xml:space="preserve"> - This source emphasizes the importance of data security and anonymity, particularly in the context of US states enforcing comprehensive data privacy regulations.</w:t>
      </w:r>
      <w:r/>
    </w:p>
    <w:p>
      <w:pPr>
        <w:pStyle w:val="ListNumber"/>
        <w:spacing w:line="240" w:lineRule="auto"/>
        <w:ind w:left="720"/>
      </w:pPr>
      <w:r/>
      <w:hyperlink r:id="rId12">
        <w:r>
          <w:rPr>
            <w:color w:val="0000EE"/>
            <w:u w:val="single"/>
          </w:rPr>
          <w:t>https://zipdo.co/research/ai-in-the-alcohol-industry-statistics/</w:t>
        </w:r>
      </w:hyperlink>
      <w:r>
        <w:t xml:space="preserve"> - This article highlights the need for transparency in data collection, usage, and disclosure, as well as maintaining current privacy policies when using AI and data technologies.</w:t>
      </w:r>
      <w:r/>
    </w:p>
    <w:p>
      <w:pPr>
        <w:pStyle w:val="ListNumber"/>
        <w:spacing w:line="240" w:lineRule="auto"/>
        <w:ind w:left="720"/>
      </w:pPr>
      <w:r/>
      <w:hyperlink r:id="rId15">
        <w:r>
          <w:rPr>
            <w:color w:val="0000EE"/>
            <w:u w:val="single"/>
          </w:rPr>
          <w:t>https://natlawreview.com/article/value-data-and-artificial-intelligence-alcohol-industry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arkstonconsulting.com/insights/technology-trends-shaping-the-alcohol-industry/" TargetMode="External"/><Relationship Id="rId11" Type="http://schemas.openxmlformats.org/officeDocument/2006/relationships/hyperlink" Target="https://www.just-drinks.com/data-insights/top-ranked-alcoholic-beverages-companies-in-ai/" TargetMode="External"/><Relationship Id="rId12" Type="http://schemas.openxmlformats.org/officeDocument/2006/relationships/hyperlink" Target="https://zipdo.co/research/ai-in-the-alcohol-industry-statistics/" TargetMode="External"/><Relationship Id="rId13" Type="http://schemas.openxmlformats.org/officeDocument/2006/relationships/hyperlink" Target="https://www.provi.com/blog/how-ai-is-shaking-up-the-alcohol-industry" TargetMode="External"/><Relationship Id="rId14" Type="http://schemas.openxmlformats.org/officeDocument/2006/relationships/hyperlink" Target="https://www.fastcompany.com/91159476/liquor-beverage-industry-ai-better-flavors-extreme-weather" TargetMode="External"/><Relationship Id="rId15" Type="http://schemas.openxmlformats.org/officeDocument/2006/relationships/hyperlink" Target="https://natlawreview.com/article/value-data-and-artificial-intelligence-alcohol-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