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Washington Post unveils 'Ask The Post AI' to enhance reader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Washington Post Unveils 'Ask The Post AI' to Enhance Reader Engagement</w:t>
      </w:r>
      <w:r/>
    </w:p>
    <w:p>
      <w:r/>
      <w:r>
        <w:t>In a stride towards integrating cutting-edge technology with traditional journalism, The Washington Post has launched 'Ask The Post AI', a novel generative AI tool aimed at revitalising reader interaction through factual and comprehensive reporting. Since its inception, the tool has been methodically developed to harness the longstanding journalistic standards of The Post, offering readers a new conduit to explore a vast array of published reporting.</w:t>
      </w:r>
      <w:r/>
    </w:p>
    <w:p>
      <w:r/>
      <w:r>
        <w:rPr>
          <w:b/>
        </w:rPr>
        <w:t>Development and Functionality</w:t>
      </w:r>
      <w:r/>
    </w:p>
    <w:p>
      <w:r/>
      <w:r>
        <w:t>The development of 'Ask The Post AI' is an extension from 'Climate Answers', another AI-driven tool from The Post, specifically designed for those interested in climate issues. The machine learning team has meticulously utilised data from 'Climate Answers' to refine the retrieval and matching of relevant articles from the extensive archive of The Washington Post, dating back to 2016.</w:t>
      </w:r>
      <w:r/>
    </w:p>
    <w:p>
      <w:r/>
      <w:r>
        <w:t>Currently, 'Ask The Post AI' processes text stories from The Post's repository. Future updates are set to broaden this to include multimedia content such as video and audio reports, as well as commentary and opinion pieces. The AI provides a unique user experience by indexing all published recipes, allowing users to query for culinary suggestions with prompts such as "What are good recipes that use chili crisp?" or "Can you give me ideas for cooking chicken thighs?"</w:t>
      </w:r>
      <w:r/>
    </w:p>
    <w:p>
      <w:r/>
      <w:r>
        <w:rPr>
          <w:b/>
        </w:rPr>
        <w:t>Operational Integrity and Limitations</w:t>
      </w:r>
      <w:r/>
    </w:p>
    <w:p>
      <w:r/>
      <w:r>
        <w:t>Ensuring the accuracy of information is paramount, hence 'Ask The Post AI' is designed to provide responses exclusively based on previously published articles by The Washington Post. This measure inherently limits the AI's capabilities to offer only well-vetted information, minimising the chance of error or "hallucination" – a term referring to AI producing inaccurate or misleading information.</w:t>
      </w:r>
      <w:r/>
    </w:p>
    <w:p>
      <w:r/>
      <w:r>
        <w:t>The AI employs a threshold mechanism in its scoring system to assess the relevance of reporting to each query. This threshold system helps maintain The Post's rigorous reporting standards, which means some questions may not yield a response, particularly if they fail to meet these relevance criteria.</w:t>
      </w:r>
      <w:r/>
    </w:p>
    <w:p>
      <w:r/>
      <w:r>
        <w:t>Despite these precautions, there is acknowledgment of the potential for irrelevant responses or incomplete narratives. The Post encourages reader feedback to address such issues through a feedback form available on the results page.</w:t>
      </w:r>
      <w:r/>
    </w:p>
    <w:p>
      <w:r/>
      <w:r>
        <w:rPr>
          <w:b/>
        </w:rPr>
        <w:t>Commitment to Sustainability</w:t>
      </w:r>
      <w:r/>
    </w:p>
    <w:p>
      <w:r/>
      <w:r>
        <w:t>In developing 'Ask The Post AI', The Washington Post has kept sustainability at the forefront. By creating tools that are large language model (LLM)-agnostic, The Post aims to balance technological innovation with environmental consciousness. The energy demands linked to running these AI tools are said to be comparable to typical software operations, underscoring The Post's commitment to an eco-friendly technological footprint.</w:t>
      </w:r>
      <w:r/>
    </w:p>
    <w:p>
      <w:r/>
      <w:r>
        <w:rPr>
          <w:b/>
        </w:rPr>
        <w:t>Feedback and Issue Reporting</w:t>
      </w:r>
      <w:r/>
    </w:p>
    <w:p>
      <w:r/>
      <w:r>
        <w:t>Readers encountering issues, needing corrections, or wishing to provide feedback about 'Ask The Post AI' are encouraged to report these via the feedback form provided in the interface. This allows continuous improvement and adjustment of the AI tool, ensuring it meets the high standards expected by The Washington Post's readership.</w:t>
      </w:r>
      <w:r/>
    </w:p>
    <w:p>
      <w:r/>
      <w:r>
        <w:t>With 'Ask The Post AI', The Washington Post is not only embracing the future of technology in journalism but also reinforcing its dedication to providing reliable, fact-based reporting in an ever-evolving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https://www.theverge.com/2024/7/9/24194486/the-washington-post-climate-answers-ai-chatbot</w:t>
        </w:r>
      </w:hyperlink>
      <w:r>
        <w:t xml:space="preserve"> - Corroborates the development and functionality of 'Climate Answers', an AI-driven tool from The Washington Post, which is an precursor to 'Ask The Post AI'.</w:t>
      </w:r>
      <w:r/>
    </w:p>
    <w:p>
      <w:pPr>
        <w:pStyle w:val="ListNumber"/>
        <w:spacing w:line="240" w:lineRule="auto"/>
        <w:ind w:left="720"/>
      </w:pPr>
      <w:r/>
      <w:hyperlink r:id="rId11">
        <w:r>
          <w:rPr>
            <w:color w:val="0000EE"/>
            <w:u w:val="single"/>
          </w:rPr>
          <w:t>https://news.vt.edu/articles/2024/09/washington-post-virgnia-tech-ai-news-climate-answers.html</w:t>
        </w:r>
      </w:hyperlink>
      <w:r>
        <w:t xml:space="preserve"> - Details the collaboration between The Washington Post and Virginia Tech in developing the AI tool, emphasizing the use of The Post's archives and the retrieval augmented generation process.</w:t>
      </w:r>
      <w:r/>
    </w:p>
    <w:p>
      <w:pPr>
        <w:pStyle w:val="ListNumber"/>
        <w:spacing w:line="240" w:lineRule="auto"/>
        <w:ind w:left="720"/>
      </w:pPr>
      <w:r/>
      <w:hyperlink r:id="rId10">
        <w:r>
          <w:rPr>
            <w:color w:val="0000EE"/>
            <w:u w:val="single"/>
          </w:rPr>
          <w:t>https://www.theverge.com/2024/7/9/24194486/the-washington-post-climate-answers-ai-chatbot</w:t>
        </w:r>
      </w:hyperlink>
      <w:r>
        <w:t xml:space="preserve"> - Explains how the AI tool ensures accuracy by only providing responses based on previously published articles and the mechanism to avoid misinformation.</w:t>
      </w:r>
      <w:r/>
    </w:p>
    <w:p>
      <w:pPr>
        <w:pStyle w:val="ListNumber"/>
        <w:spacing w:line="240" w:lineRule="auto"/>
        <w:ind w:left="720"/>
      </w:pPr>
      <w:r/>
      <w:hyperlink r:id="rId11">
        <w:r>
          <w:rPr>
            <w:color w:val="0000EE"/>
            <w:u w:val="single"/>
          </w:rPr>
          <w:t>https://news.vt.edu/articles/2024/09/washington-post-virgnia-tech-ai-news-climate-answers.html</w:t>
        </w:r>
      </w:hyperlink>
      <w:r>
        <w:t xml:space="preserve"> - Discusses the operational integrity and limitations of the AI tool, including the threshold mechanism for relevance and the avoidance of 'hallucination'.</w:t>
      </w:r>
      <w:r/>
    </w:p>
    <w:p>
      <w:pPr>
        <w:pStyle w:val="ListNumber"/>
        <w:spacing w:line="240" w:lineRule="auto"/>
        <w:ind w:left="720"/>
      </w:pPr>
      <w:r/>
      <w:hyperlink r:id="rId10">
        <w:r>
          <w:rPr>
            <w:color w:val="0000EE"/>
            <w:u w:val="single"/>
          </w:rPr>
          <w:t>https://www.theverge.com/2024/7/9/24194486/the-washington-post-climate-answers-ai-chatbot</w:t>
        </w:r>
      </w:hyperlink>
      <w:r>
        <w:t xml:space="preserve"> - Mentions the potential for future updates to include multimedia content and other types of articles, aligning with the plans for 'Ask The Post AI'.</w:t>
      </w:r>
      <w:r/>
    </w:p>
    <w:p>
      <w:pPr>
        <w:pStyle w:val="ListNumber"/>
        <w:spacing w:line="240" w:lineRule="auto"/>
        <w:ind w:left="720"/>
      </w:pPr>
      <w:r/>
      <w:hyperlink r:id="rId11">
        <w:r>
          <w:rPr>
            <w:color w:val="0000EE"/>
            <w:u w:val="single"/>
          </w:rPr>
          <w:t>https://news.vt.edu/articles/2024/09/washington-post-virgnia-tech-ai-news-climate-answers.html</w:t>
        </w:r>
      </w:hyperlink>
      <w:r>
        <w:t xml:space="preserve"> - Highlights The Washington Post's commitment to sustainability and the environmental consciousness in developing AI tools.</w:t>
      </w:r>
      <w:r/>
    </w:p>
    <w:p>
      <w:pPr>
        <w:pStyle w:val="ListNumber"/>
        <w:spacing w:line="240" w:lineRule="auto"/>
        <w:ind w:left="720"/>
      </w:pPr>
      <w:r/>
      <w:hyperlink r:id="rId10">
        <w:r>
          <w:rPr>
            <w:color w:val="0000EE"/>
            <w:u w:val="single"/>
          </w:rPr>
          <w:t>https://www.theverge.com/2024/7/9/24194486/the-washington-post-climate-answers-ai-chatbot</w:t>
        </w:r>
      </w:hyperlink>
      <w:r>
        <w:t xml:space="preserve"> - Describes the feedback mechanism and the importance of reader feedback in improving the AI tool, consistent with 'Ask The Post AI'.</w:t>
      </w:r>
      <w:r/>
    </w:p>
    <w:p>
      <w:pPr>
        <w:pStyle w:val="ListNumber"/>
        <w:spacing w:line="240" w:lineRule="auto"/>
        <w:ind w:left="720"/>
      </w:pPr>
      <w:r/>
      <w:hyperlink r:id="rId11">
        <w:r>
          <w:rPr>
            <w:color w:val="0000EE"/>
            <w:u w:val="single"/>
          </w:rPr>
          <w:t>https://news.vt.edu/articles/2024/09/washington-post-virgnia-tech-ai-news-climate-answers.html</w:t>
        </w:r>
      </w:hyperlink>
      <w:r>
        <w:t xml:space="preserve"> - Explains how the AI tool indexes and synthesizes information from The Post's archives, providing a detailed user experience.</w:t>
      </w:r>
      <w:r/>
    </w:p>
    <w:p>
      <w:pPr>
        <w:pStyle w:val="ListNumber"/>
        <w:spacing w:line="240" w:lineRule="auto"/>
        <w:ind w:left="720"/>
      </w:pPr>
      <w:r/>
      <w:hyperlink r:id="rId10">
        <w:r>
          <w:rPr>
            <w:color w:val="0000EE"/>
            <w:u w:val="single"/>
          </w:rPr>
          <w:t>https://www.theverge.com/2024/7/9/24194486/the-washington-post-climate-answers-ai-chatbot</w:t>
        </w:r>
      </w:hyperlink>
      <w:r>
        <w:t xml:space="preserve"> - Details the collaboration and the innovative approach to using AI in journalism, aligning with the goals of 'Ask The Post AI'.</w:t>
      </w:r>
      <w:r/>
    </w:p>
    <w:p>
      <w:pPr>
        <w:pStyle w:val="ListNumber"/>
        <w:spacing w:line="240" w:lineRule="auto"/>
        <w:ind w:left="720"/>
      </w:pPr>
      <w:r/>
      <w:hyperlink r:id="rId11">
        <w:r>
          <w:rPr>
            <w:color w:val="0000EE"/>
            <w:u w:val="single"/>
          </w:rPr>
          <w:t>https://news.vt.edu/articles/2024/09/washington-post-virgnia-tech-ai-news-climate-answers.html</w:t>
        </w:r>
      </w:hyperlink>
      <w:r>
        <w:t xml:space="preserve"> - Corroborates the use of large language models and the integration with The Post's reporting standards to ensure reliable and fact-based responses.</w:t>
      </w:r>
      <w:r/>
    </w:p>
    <w:p>
      <w:pPr>
        <w:pStyle w:val="ListNumber"/>
        <w:spacing w:line="240" w:lineRule="auto"/>
        <w:ind w:left="720"/>
      </w:pPr>
      <w:r/>
      <w:hyperlink r:id="rId12">
        <w:r>
          <w:rPr>
            <w:color w:val="0000EE"/>
            <w:u w:val="single"/>
          </w:rPr>
          <w:t>https://www.washingtonpost.com/technology/2024/11/07/faq-ask-the-post-ai/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7/9/24194486/the-washington-post-climate-answers-ai-chatbot" TargetMode="External"/><Relationship Id="rId11" Type="http://schemas.openxmlformats.org/officeDocument/2006/relationships/hyperlink" Target="https://news.vt.edu/articles/2024/09/washington-post-virgnia-tech-ai-news-climate-answers.html" TargetMode="External"/><Relationship Id="rId12" Type="http://schemas.openxmlformats.org/officeDocument/2006/relationships/hyperlink" Target="https://www.washingtonpost.com/technology/2024/11/07/faq-ask-the-pos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