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Tigst Assefa breaks women's marathon world record at Berlin Marathon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Berlin, Germany – At the prestigious Berlin Marathon, Ethiopian runner Tigst Assefa made headlines by shattering the women's world marathon record. On Sunday, she crossed the finish line with a time of 2:11:53, surpassing the previous record of 2:12:03, set by Kenyan Brigid Kosgei in 2019 at the Chicago Marathon.</w:t>
      </w:r>
      <w:r/>
    </w:p>
    <w:p>
      <w:r/>
      <w:r>
        <w:t>The event took place under favourable weather conditions in Germany's capital, which has been known for its flat course and history of record-breaking performances. Assefa's achievement marks a significant moment in the realm of athletics, shining a spotlight on her remarkable endurance and capability.</w:t>
      </w:r>
      <w:r/>
    </w:p>
    <w:p>
      <w:r/>
      <w:r>
        <w:t>Running alongside Assefa, elite athletes from around the globe competed in the marathon, which is one of the six World Marathon Majors. Among the men's competitors, Kenyan marathoner Eliud Kipchoge, a marathon world record holder himself, participated but did not break his standing world record from the same event in 2022, where he clocked 2:01:09.</w:t>
      </w:r>
      <w:r/>
    </w:p>
    <w:p>
      <w:r/>
      <w:r>
        <w:t>This year's marathon saw increased interest with approximately 45,000 participants hailing from 157 countries, underscoring the international appeal and inclusivity championed by the Berlin Marathon. Spectators gathered in large numbers, lining the streets to cheer on athletes, adding to the vibrant and spirited atmosphere that Berlin is known for during this annual event.</w:t>
      </w:r>
      <w:r/>
    </w:p>
    <w:p>
      <w:r/>
      <w:r>
        <w:t>Tigst Assefa’s record-breaking performance was achieved with a remarkable display of athletic prowess, as she maintained an impressive pace throughout the 42.195 kilometres. Her victory not only elevates her status in the world of long-distance running but also reasserts the prominence of Ethiopian runners on the global stage.</w:t>
      </w:r>
      <w:r/>
    </w:p>
    <w:p>
      <w:r/>
      <w:r>
        <w:t>The Berlin Marathon, first held in 1974, remains one of the most anticipated events in the marathon calendar, often associated with groundbreaking athletic performances. This year’s edition further cemented its reputation, with Assefa’s achievement contributing to the rich history of running excellence.</w:t>
      </w:r>
      <w:r/>
    </w:p>
    <w:p>
      <w:r/>
      <w:r>
        <w:t>The marathon’s organisers expressed their elation over the successful event and the new world record. They emphasized the importance of such events in fostering athletic talent and bringing people from diverse backgrounds together, celebrating both competitive spirit and community participation.</w:t>
      </w:r>
      <w:r/>
    </w:p>
    <w:p>
      <w:r/>
      <w:r>
        <w:t>As the marathon concluded, attention turned to future competitions, with many eagerly anticipating how Assefa's record will influence upcoming marathons and inspire both seasoned athletes and aspiring runners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https://www.nbcsports.com/olympics/news/berlin-marathon-2023-world-record-tigst-assefa-eliud-kipchoge</w:t>
        </w:r>
      </w:hyperlink>
      <w:r>
        <w:t xml:space="preserve"> - Corroborates Tigst Assefa's new women's world marathon record of 2:11:53 and Eliud Kipchoge's participation in the Berlin Marathon.</w:t>
      </w:r>
      <w:r/>
    </w:p>
    <w:p>
      <w:pPr>
        <w:pStyle w:val="ListNumber"/>
        <w:spacing w:line="240" w:lineRule="auto"/>
        <w:ind w:left="720"/>
      </w:pPr>
      <w:r/>
      <w:hyperlink r:id="rId11">
        <w:r>
          <w:rPr>
            <w:color w:val="0000EE"/>
            <w:u w:val="single"/>
          </w:rPr>
          <w:t>https://worldathletics.org/news/press-releases/tigist-assefa-world-marathon-record-ratified</w:t>
        </w:r>
      </w:hyperlink>
      <w:r>
        <w:t xml:space="preserve"> - Confirms the ratification of Tigst Assefa's world marathon record by World Athletics and provides details of her record-breaking run.</w:t>
      </w:r>
      <w:r/>
    </w:p>
    <w:p>
      <w:pPr>
        <w:pStyle w:val="ListNumber"/>
        <w:spacing w:line="240" w:lineRule="auto"/>
        <w:ind w:left="720"/>
      </w:pPr>
      <w:r/>
      <w:hyperlink r:id="rId12">
        <w:r>
          <w:rPr>
            <w:color w:val="0000EE"/>
            <w:u w:val="single"/>
          </w:rPr>
          <w:t>https://worldathletics.org/news/report/tigst-assefa-world-marathon-record-berlin-kipchoge-2023</w:t>
        </w:r>
      </w:hyperlink>
      <w:r>
        <w:t xml:space="preserve"> - Details the race dynamics and Assefa's performance during the Berlin Marathon, including her splits and the conditions.</w:t>
      </w:r>
      <w:r/>
    </w:p>
    <w:p>
      <w:pPr>
        <w:pStyle w:val="ListNumber"/>
        <w:spacing w:line="240" w:lineRule="auto"/>
        <w:ind w:left="720"/>
      </w:pPr>
      <w:r/>
      <w:hyperlink r:id="rId13">
        <w:r>
          <w:rPr>
            <w:color w:val="0000EE"/>
            <w:u w:val="single"/>
          </w:rPr>
          <w:t>https://www.runnersworld.com/races-places/a45286332/tigist-assefa-world-record-2023-berlin-marathon/</w:t>
        </w:r>
      </w:hyperlink>
      <w:r>
        <w:t xml:space="preserve"> - Provides additional details on Assefa's background, her use of 'super shoes,' and the impact of her record on the running community.</w:t>
      </w:r>
      <w:r/>
    </w:p>
    <w:p>
      <w:pPr>
        <w:pStyle w:val="ListNumber"/>
        <w:spacing w:line="240" w:lineRule="auto"/>
        <w:ind w:left="720"/>
      </w:pPr>
      <w:r/>
      <w:hyperlink r:id="rId14">
        <w:r>
          <w:rPr>
            <w:color w:val="0000EE"/>
            <w:u w:val="single"/>
          </w:rPr>
          <w:t>https://olympics.com/en/news/rise-womens-marathon-world-record-holder-tigst-assefa</w:t>
        </w:r>
      </w:hyperlink>
      <w:r>
        <w:t xml:space="preserve"> - Outlines Assefa's career transition from an 800m runner to a marathon runner and her future goals, including the 2024 Paris Olympics.</w:t>
      </w:r>
      <w:r/>
    </w:p>
    <w:p>
      <w:pPr>
        <w:pStyle w:val="ListNumber"/>
        <w:spacing w:line="240" w:lineRule="auto"/>
        <w:ind w:left="720"/>
      </w:pPr>
      <w:r/>
      <w:hyperlink r:id="rId10">
        <w:r>
          <w:rPr>
            <w:color w:val="0000EE"/>
            <w:u w:val="single"/>
          </w:rPr>
          <w:t>https://www.nbcsports.com/olympics/news/berlin-marathon-2023-world-record-tigst-assefa-eliud-kipchoge</w:t>
        </w:r>
      </w:hyperlink>
      <w:r>
        <w:t xml:space="preserve"> - Describes the favourable weather conditions and the flat course of the Berlin Marathon, known for record-breaking performances.</w:t>
      </w:r>
      <w:r/>
    </w:p>
    <w:p>
      <w:pPr>
        <w:pStyle w:val="ListNumber"/>
        <w:spacing w:line="240" w:lineRule="auto"/>
        <w:ind w:left="720"/>
      </w:pPr>
      <w:r/>
      <w:hyperlink r:id="rId12">
        <w:r>
          <w:rPr>
            <w:color w:val="0000EE"/>
            <w:u w:val="single"/>
          </w:rPr>
          <w:t>https://worldathletics.org/news/report/tigst-assefa-world-marathon-record-berlin-kipchoge-2023</w:t>
        </w:r>
      </w:hyperlink>
      <w:r>
        <w:t xml:space="preserve"> - Mentions Eliud Kipchoge's participation and his performance in the men's race, including his failure to break his own world record.</w:t>
      </w:r>
      <w:r/>
    </w:p>
    <w:p>
      <w:pPr>
        <w:pStyle w:val="ListNumber"/>
        <w:spacing w:line="240" w:lineRule="auto"/>
        <w:ind w:left="720"/>
      </w:pPr>
      <w:r/>
      <w:hyperlink r:id="rId13">
        <w:r>
          <w:rPr>
            <w:color w:val="0000EE"/>
            <w:u w:val="single"/>
          </w:rPr>
          <w:t>https://www.runnersworld.com/races-places/a45286332/tigist-assefa-world-record-2023-berlin-marathon/</w:t>
        </w:r>
      </w:hyperlink>
      <w:r>
        <w:t xml:space="preserve"> - Highlights the international participation and the large number of spectators at the Berlin Marathon, emphasizing its global appeal.</w:t>
      </w:r>
      <w:r/>
    </w:p>
    <w:p>
      <w:pPr>
        <w:pStyle w:val="ListNumber"/>
        <w:spacing w:line="240" w:lineRule="auto"/>
        <w:ind w:left="720"/>
      </w:pPr>
      <w:r/>
      <w:hyperlink r:id="rId11">
        <w:r>
          <w:rPr>
            <w:color w:val="0000EE"/>
            <w:u w:val="single"/>
          </w:rPr>
          <w:t>https://worldathletics.org/news/press-releases/tigist-assefa-world-marathon-record-ratified</w:t>
        </w:r>
      </w:hyperlink>
      <w:r>
        <w:t xml:space="preserve"> - Corroborates Assefa’s impressive pace throughout the race and her significant contribution to the history of running excellence at the Berlin Marathon.</w:t>
      </w:r>
      <w:r/>
    </w:p>
    <w:p>
      <w:pPr>
        <w:pStyle w:val="ListNumber"/>
        <w:spacing w:line="240" w:lineRule="auto"/>
        <w:ind w:left="720"/>
      </w:pPr>
      <w:r/>
      <w:hyperlink r:id="rId14">
        <w:r>
          <w:rPr>
            <w:color w:val="0000EE"/>
            <w:u w:val="single"/>
          </w:rPr>
          <w:t>https://olympics.com/en/news/rise-womens-marathon-world-record-holder-tigst-assefa</w:t>
        </w:r>
      </w:hyperlink>
      <w:r>
        <w:t xml:space="preserve"> - Discusses the historical significance of the Berlin Marathon and its role in fostering athletic talent and community participation.</w:t>
      </w:r>
      <w:r/>
    </w:p>
    <w:p>
      <w:pPr>
        <w:pStyle w:val="ListNumber"/>
        <w:spacing w:line="240" w:lineRule="auto"/>
        <w:ind w:left="720"/>
      </w:pPr>
      <w:r/>
      <w:hyperlink r:id="rId12">
        <w:r>
          <w:rPr>
            <w:color w:val="0000EE"/>
            <w:u w:val="single"/>
          </w:rPr>
          <w:t>https://worldathletics.org/news/report/tigst-assefa-world-marathon-record-berlin-kipchoge-2023</w:t>
        </w:r>
      </w:hyperlink>
      <w:r>
        <w:t xml:space="preserve"> - Looks forward to future competitions and the potential influence of Assefa's record on upcoming marathons and aspiring runners.</w:t>
      </w:r>
      <w:r/>
    </w:p>
    <w:p>
      <w:pPr>
        <w:pStyle w:val="ListNumber"/>
        <w:spacing w:line="240" w:lineRule="auto"/>
        <w:ind w:left="720"/>
      </w:pPr>
      <w:r/>
      <w:hyperlink r:id="rId15">
        <w:r>
          <w:rPr>
            <w:color w:val="0000EE"/>
            <w:u w:val="single"/>
          </w:rPr>
          <w:t>https://www.latimes.com/sports/highschool/story/2024-11-07/boys-high-school-water-polo-southern-section-playoff-pairings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sports.com/olympics/news/berlin-marathon-2023-world-record-tigst-assefa-eliud-kipchoge" TargetMode="External"/><Relationship Id="rId11" Type="http://schemas.openxmlformats.org/officeDocument/2006/relationships/hyperlink" Target="https://worldathletics.org/news/press-releases/tigist-assefa-world-marathon-record-ratified" TargetMode="External"/><Relationship Id="rId12" Type="http://schemas.openxmlformats.org/officeDocument/2006/relationships/hyperlink" Target="https://worldathletics.org/news/report/tigst-assefa-world-marathon-record-berlin-kipchoge-2023" TargetMode="External"/><Relationship Id="rId13" Type="http://schemas.openxmlformats.org/officeDocument/2006/relationships/hyperlink" Target="https://www.runnersworld.com/races-places/a45286332/tigist-assefa-world-record-2023-berlin-marathon/" TargetMode="External"/><Relationship Id="rId14" Type="http://schemas.openxmlformats.org/officeDocument/2006/relationships/hyperlink" Target="https://olympics.com/en/news/rise-womens-marathon-world-record-holder-tigst-assefa" TargetMode="External"/><Relationship Id="rId15" Type="http://schemas.openxmlformats.org/officeDocument/2006/relationships/hyperlink" Target="https://www.latimes.com/sports/highschool/story/2024-11-07/boys-high-school-water-polo-southern-section-playoff-pair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