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 applications revolutionising the iPhone experience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AI Applications Revolutionising the iPhone Experience</w:t>
      </w:r>
      <w:r/>
    </w:p>
    <w:p>
      <w:r/>
      <w:r>
        <w:t>In a world increasingly influenced by digital advancements, artificial intelligence (AI) has emerged as a transformative force, especially within the realm of mobile technology. In particular, iPhone users are experiencing a shift in how they engage with their devices, largely thanks to a plethora of AI-driven applications. These apps are not only enhancing productivity and creativity but also improving personal well-being, all at no cost to users.</w:t>
      </w:r>
      <w:r/>
    </w:p>
    <w:p>
      <w:r/>
      <w:r>
        <w:t xml:space="preserve">One prominent AI app for iPhone is </w:t>
      </w:r>
      <w:r>
        <w:rPr>
          <w:b/>
        </w:rPr>
        <w:t>ChatGPT</w:t>
      </w:r>
      <w:r>
        <w:t>, developed by OpenAI. This free application harnesses state-of-the-art natural language capabilities to deliver personalised advice and creative inspiration right at users' fingertips. With seamless integration across devices, ChatGPT ensures a synchronized user experience, providing instant responses and facilitating valuable learning opportunities.</w:t>
      </w:r>
      <w:r/>
    </w:p>
    <w:p>
      <w:r/>
      <w:r>
        <w:t xml:space="preserve">Another notable addition to AI apps is </w:t>
      </w:r>
      <w:r>
        <w:rPr>
          <w:b/>
        </w:rPr>
        <w:t>Character AI – Chat Ask Create</w:t>
      </w:r>
      <w:r>
        <w:t>, which offers users an immersive experience through conversations with highly realistic AI personalities. It provides unlimited messaging and allows users to explore an array of user-created characters without the interruption of advertisements. Powered by large language models, Character AI opens up endless possibilities for storytelling and language learning.</w:t>
      </w:r>
      <w:r/>
    </w:p>
    <w:p>
      <w:r/>
      <w:r>
        <w:t xml:space="preserve">For those seeking companionship, </w:t>
      </w:r>
      <w:r>
        <w:rPr>
          <w:b/>
        </w:rPr>
        <w:t>Replika</w:t>
      </w:r>
      <w:r>
        <w:t xml:space="preserve"> provides a judgement-free chatbot experience, enabling users to form emotional connections and engage in personal growth discussions. With features ranging from friendship to mentorship, Replika supports users 24/7, aiming to enhance mental well-being through therapeutic interactions.</w:t>
      </w:r>
      <w:r/>
    </w:p>
    <w:p>
      <w:r/>
      <w:r>
        <w:t xml:space="preserve">In the domain of photography, several AI applications offer powerful editing capabilities. </w:t>
      </w:r>
      <w:r>
        <w:rPr>
          <w:b/>
        </w:rPr>
        <w:t>Lensa AI</w:t>
      </w:r>
      <w:r>
        <w:t xml:space="preserve"> allows users to refine their selfies with features that smooth skin, correct imperfections, and adjust background aesthetics. While the app is available for free, it also offers in-app purchases for advanced options.</w:t>
      </w:r>
      <w:r/>
    </w:p>
    <w:p>
      <w:r/>
      <w:r>
        <w:rPr>
          <w:b/>
        </w:rPr>
        <w:t>Pixelup</w:t>
      </w:r>
      <w:r>
        <w:t>, another photo enhancer, specialises in reviving old and damaged photographs, turning them into high-definition images. Additionally, it offers tools for scratch removal, colour manipulation, and vintage effects, enabling users to breathe new life into their memories.</w:t>
      </w:r>
      <w:r/>
    </w:p>
    <w:p>
      <w:r/>
      <w:r>
        <w:rPr>
          <w:b/>
        </w:rPr>
        <w:t>Fotor AI Photo Editor</w:t>
      </w:r>
      <w:r>
        <w:t xml:space="preserve"> serves as an all-round editing solution, integrating a variety of tools like One-Tap Enhance and Magic Remove. Users can enhance photos, remove unwanted elements, and apply artistic effects with ease. The app's AI features even extend to text-to-image generation and watermark removal.</w:t>
      </w:r>
      <w:r/>
    </w:p>
    <w:p>
      <w:r/>
      <w:r>
        <w:t xml:space="preserve">Similarly, </w:t>
      </w:r>
      <w:r>
        <w:rPr>
          <w:b/>
        </w:rPr>
        <w:t>Picsart AI Photo Editor</w:t>
      </w:r>
      <w:r>
        <w:t>, widely used by over 150 million creators, offers extensive photo editing tools including background removal, retouching, and trendy filters. Picsart leverages AI to help users create, edit, and share engaging visual content efficiently.</w:t>
      </w:r>
      <w:r/>
    </w:p>
    <w:p>
      <w:r/>
      <w:r>
        <w:t xml:space="preserve">Finally, </w:t>
      </w:r>
      <w:r>
        <w:rPr>
          <w:b/>
        </w:rPr>
        <w:t>Bing: Chat with AI &amp; GPT-4</w:t>
      </w:r>
      <w:r>
        <w:t>, Microsoft's AI-powered search engine, revolutionises the search experience by providing real-time information and serving as a versatile assistant. Bing supports a range of functions from language translation to creative content generation, combining GPT-4 technology with up-to-date data to meet diverse user needs.</w:t>
      </w:r>
      <w:r/>
    </w:p>
    <w:p>
      <w:r/>
      <w:r>
        <w:t>As AI continues to evolve, these applications are set to redefine how iPhone users interact with their devices, making everyday tasks more intelligent and intuitive. From enhancing images to engaging in deeply personalised interactions, AI apps for iPhone are paving the way for a more integrated digital future.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https://www.cnet.com/tech/mobile/your-iphone-hidden-ai-arsenal-features-you-didnt-know-existed/</w:t>
        </w:r>
      </w:hyperlink>
      <w:r>
        <w:t xml:space="preserve"> - This article discusses various AI features on iPhones, including those related to photography and Siri, which corroborates the use of AI in enhancing iPhone experiences.</w:t>
      </w:r>
      <w:r/>
    </w:p>
    <w:p>
      <w:pPr>
        <w:pStyle w:val="ListNumber"/>
        <w:spacing w:line="240" w:lineRule="auto"/>
        <w:ind w:left="720"/>
      </w:pPr>
      <w:r/>
      <w:hyperlink r:id="rId11">
        <w:r>
          <w:rPr>
            <w:color w:val="0000EE"/>
            <w:u w:val="single"/>
          </w:rPr>
          <w:t>https://www.zdnet.com/article/my-3-favorite-ai-chatbot-apps-for-ios-and-what-you-can-do-with-them/</w:t>
        </w:r>
      </w:hyperlink>
      <w:r>
        <w:t xml:space="preserve"> - This article highlights ChatGPT and other AI chatbot apps available on iOS, supporting the claim about ChatGPT's capabilities and integration.</w:t>
      </w:r>
      <w:r/>
    </w:p>
    <w:p>
      <w:pPr>
        <w:pStyle w:val="ListNumber"/>
        <w:spacing w:line="240" w:lineRule="auto"/>
        <w:ind w:left="720"/>
      </w:pPr>
      <w:r/>
      <w:hyperlink r:id="rId12">
        <w:r>
          <w:rPr>
            <w:color w:val="0000EE"/>
            <w:u w:val="single"/>
          </w:rPr>
          <w:t>https://www.hyperlinkinfosystem.com/blog/top-ai-apps-for-iphone</w:t>
        </w:r>
      </w:hyperlink>
      <w:r>
        <w:t xml:space="preserve"> - This article lists several AI apps for iPhone, including Lensa AI and other photo editing tools, which aligns with the discussion on photography AI applications.</w:t>
      </w:r>
      <w:r/>
    </w:p>
    <w:p>
      <w:pPr>
        <w:pStyle w:val="ListNumber"/>
        <w:spacing w:line="240" w:lineRule="auto"/>
        <w:ind w:left="720"/>
      </w:pPr>
      <w:r/>
      <w:hyperlink r:id="rId13">
        <w:r>
          <w:rPr>
            <w:color w:val="0000EE"/>
            <w:u w:val="single"/>
          </w:rPr>
          <w:t>https://updf.com/chatgpt/best-ai-apps-for-iphone/</w:t>
        </w:r>
      </w:hyperlink>
      <w:r>
        <w:t xml:space="preserve"> - This article covers various AI apps for iPhone, including those for photo editing and personal assistance, supporting the claims about AI apps enhancing user experiences.</w:t>
      </w:r>
      <w:r/>
    </w:p>
    <w:p>
      <w:pPr>
        <w:pStyle w:val="ListNumber"/>
        <w:spacing w:line="240" w:lineRule="auto"/>
        <w:ind w:left="720"/>
      </w:pPr>
      <w:r/>
      <w:hyperlink r:id="rId14">
        <w:r>
          <w:rPr>
            <w:color w:val="0000EE"/>
            <w:u w:val="single"/>
          </w:rPr>
          <w:t>https://www.apple.com/newsroom/2024/10/apple-intelligence-is-available-today-on-iphone-ipad-and-mac/</w:t>
        </w:r>
      </w:hyperlink>
      <w:r>
        <w:t xml:space="preserve"> - This article introduces Apple Intelligence, which includes AI-driven features for writing tools, Siri, and photo apps, corroborating the integration of AI in iPhone functionality.</w:t>
      </w:r>
      <w:r/>
    </w:p>
    <w:p>
      <w:pPr>
        <w:pStyle w:val="ListNumber"/>
        <w:spacing w:line="240" w:lineRule="auto"/>
        <w:ind w:left="720"/>
      </w:pPr>
      <w:r/>
      <w:hyperlink r:id="rId11">
        <w:r>
          <w:rPr>
            <w:color w:val="0000EE"/>
            <w:u w:val="single"/>
          </w:rPr>
          <w:t>https://www.zdnet.com/article/my-3-favorite-ai-chatbot-apps-for-ios-and-what-you-can-do-with-them/</w:t>
        </w:r>
      </w:hyperlink>
      <w:r>
        <w:t xml:space="preserve"> - This article mentions Microsoft Copilot and Bing, which are AI-powered tools similar to Bing: Chat with AI &amp; GPT-4, supporting the claim about AI-powered search engines.</w:t>
      </w:r>
      <w:r/>
    </w:p>
    <w:p>
      <w:pPr>
        <w:pStyle w:val="ListNumber"/>
        <w:spacing w:line="240" w:lineRule="auto"/>
        <w:ind w:left="720"/>
      </w:pPr>
      <w:r/>
      <w:hyperlink r:id="rId12">
        <w:r>
          <w:rPr>
            <w:color w:val="0000EE"/>
            <w:u w:val="single"/>
          </w:rPr>
          <w:t>https://www.hyperlinkinfosystem.com/blog/top-ai-apps-for-iphone</w:t>
        </w:r>
      </w:hyperlink>
      <w:r>
        <w:t xml:space="preserve"> - This article discusses Otter.ai and other AI apps that enhance productivity, which supports the claim about AI apps improving personal well-being and productivity.</w:t>
      </w:r>
      <w:r/>
    </w:p>
    <w:p>
      <w:pPr>
        <w:pStyle w:val="ListNumber"/>
        <w:spacing w:line="240" w:lineRule="auto"/>
        <w:ind w:left="720"/>
      </w:pPr>
      <w:r/>
      <w:hyperlink r:id="rId13">
        <w:r>
          <w:rPr>
            <w:color w:val="0000EE"/>
            <w:u w:val="single"/>
          </w:rPr>
          <w:t>https://updf.com/chatgpt/best-ai-apps-for-iphone/</w:t>
        </w:r>
      </w:hyperlink>
      <w:r>
        <w:t xml:space="preserve"> - This article mentions Rizz and other AI apps that offer personalized interactions, supporting the claim about AI apps providing companionship and personal growth discussions.</w:t>
      </w:r>
      <w:r/>
    </w:p>
    <w:p>
      <w:pPr>
        <w:pStyle w:val="ListNumber"/>
        <w:spacing w:line="240" w:lineRule="auto"/>
        <w:ind w:left="720"/>
      </w:pPr>
      <w:r/>
      <w:hyperlink r:id="rId10">
        <w:r>
          <w:rPr>
            <w:color w:val="0000EE"/>
            <w:u w:val="single"/>
          </w:rPr>
          <w:t>https://www.cnet.com/tech/mobile/your-iphone-hidden-ai-arsenal-features-you-didnt-know-existed/</w:t>
        </w:r>
      </w:hyperlink>
      <w:r>
        <w:t xml:space="preserve"> - This article talks about the AI features in the Photos app, such as identifying pets, which aligns with the discussion on AI in photography.</w:t>
      </w:r>
      <w:r/>
    </w:p>
    <w:p>
      <w:pPr>
        <w:pStyle w:val="ListNumber"/>
        <w:spacing w:line="240" w:lineRule="auto"/>
        <w:ind w:left="720"/>
      </w:pPr>
      <w:r/>
      <w:hyperlink r:id="rId12">
        <w:r>
          <w:rPr>
            <w:color w:val="0000EE"/>
            <w:u w:val="single"/>
          </w:rPr>
          <w:t>https://www.hyperlinkinfosystem.com/blog/top-ai-apps-for-iphone</w:t>
        </w:r>
      </w:hyperlink>
      <w:r>
        <w:t xml:space="preserve"> - This article lists ELSA and Grammarly as AI apps that help with language learning and writing, supporting the claim about AI apps enhancing language skills.</w:t>
      </w:r>
      <w:r/>
    </w:p>
    <w:p>
      <w:pPr>
        <w:pStyle w:val="ListNumber"/>
        <w:spacing w:line="240" w:lineRule="auto"/>
        <w:ind w:left="720"/>
      </w:pPr>
      <w:r/>
      <w:hyperlink r:id="rId13">
        <w:r>
          <w:rPr>
            <w:color w:val="0000EE"/>
            <w:u w:val="single"/>
          </w:rPr>
          <w:t>https://updf.com/chatgpt/best-ai-apps-for-iphone/</w:t>
        </w:r>
      </w:hyperlink>
      <w:r>
        <w:t xml:space="preserve"> - This article mentions Youper as an AI app for mental health, which supports the claim about AI apps enhancing mental well-being.</w:t>
      </w:r>
      <w:r/>
    </w:p>
    <w:p>
      <w:pPr>
        <w:pStyle w:val="ListNumber"/>
        <w:spacing w:line="240" w:lineRule="auto"/>
        <w:ind w:left="720"/>
      </w:pPr>
      <w:r/>
      <w:hyperlink r:id="rId15">
        <w:r>
          <w:rPr>
            <w:color w:val="0000EE"/>
            <w:u w:val="single"/>
          </w:rPr>
          <w:t>https://mobilemarketingreads.com/free-ai-apps-for-iphone/?utm_source=rss&amp;utm_medium=rss&amp;utm_campaign=free-ai-apps-for-iphone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cnet.com/tech/mobile/your-iphone-hidden-ai-arsenal-features-you-didnt-know-existed/" TargetMode="External"/><Relationship Id="rId11" Type="http://schemas.openxmlformats.org/officeDocument/2006/relationships/hyperlink" Target="https://www.zdnet.com/article/my-3-favorite-ai-chatbot-apps-for-ios-and-what-you-can-do-with-them/" TargetMode="External"/><Relationship Id="rId12" Type="http://schemas.openxmlformats.org/officeDocument/2006/relationships/hyperlink" Target="https://www.hyperlinkinfosystem.com/blog/top-ai-apps-for-iphone" TargetMode="External"/><Relationship Id="rId13" Type="http://schemas.openxmlformats.org/officeDocument/2006/relationships/hyperlink" Target="https://updf.com/chatgpt/best-ai-apps-for-iphone/" TargetMode="External"/><Relationship Id="rId14" Type="http://schemas.openxmlformats.org/officeDocument/2006/relationships/hyperlink" Target="https://www.apple.com/newsroom/2024/10/apple-intelligence-is-available-today-on-iphone-ipad-and-mac/" TargetMode="External"/><Relationship Id="rId15" Type="http://schemas.openxmlformats.org/officeDocument/2006/relationships/hyperlink" Target="https://mobilemarketingreads.com/free-ai-apps-for-iphone/?utm_source=rss&amp;utm_medium=rss&amp;utm_campaign=free-ai-apps-for-iphon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