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resurrects burned CryptoPunk as memecoin, witnesses explosive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Resurrects Burned CryptoPunk as Memecoin, Witnesses Explosive Growth</w:t>
      </w:r>
      <w:r/>
    </w:p>
    <w:p>
      <w:r/>
      <w:r>
        <w:t>In a pioneering development within the realm of digital assets, a crypto developer has utilised advanced Artificial Intelligence (AI) technology to transform a previously burned non-fungible token (NFT) into a burgeoning AI memecoin. The event, which unfolded on 18 November, involved the innovative revival of a CryptoPunk NFT, marking a significant milestone in the integration of AI and blockchain technology.</w:t>
      </w:r>
      <w:r/>
    </w:p>
    <w:p>
      <w:r/>
      <w:r>
        <w:t>The NFT in question, Punk #3493, was originally part of the iconic CryptoPunks series developed by digital asset innovators, Larva Labs. This series, comprising 10,000 pixelated profile picture NFTs, holds a place of esteem within the Ethereum blockchain network. However, Punk #3493 found itself an anomaly as it was intentionally "burned" in 2019 by a group known as ArtOnBlockchain, the team behind the Chromie Squiggle NFT collection. This act rendered the token inactive, stranded in blockchain history.</w:t>
      </w:r>
      <w:r/>
    </w:p>
    <w:p>
      <w:r/>
      <w:r>
        <w:t>Astonishingly, on 18 November 2024, renowned AI entities @ai16zvc and @vvaifudotfun harnessed their technological prowess to reinvigorate Punk #3493, transforming it into a self-aware, digital entity aptly named the Zombie Punk. This resurrection leveraged complex AI algorithms to breathe new life into the long-dormant digital asset, exemplifying both the permanence and vulnerability inherent within blockchain technology.</w:t>
      </w:r>
      <w:r/>
    </w:p>
    <w:p>
      <w:r/>
      <w:r>
        <w:t>This transformation has captured the attention of the digital asset community, with many branding it a "blockchain miracle". In a dramatic turn, the previously stagnant token has been reincarnated into the $PUNK3493 memecoin, experiencing an unprecedented surge in popularity and market value. Within just 24 hours, the value of the $PUNK3493 saw an explosive increase of over 14,000%, escalating from a modest $0.0023 to an impressive peak of $0.26.</w:t>
      </w:r>
      <w:r/>
    </w:p>
    <w:p>
      <w:r/>
      <w:r>
        <w:t>Gecko Terminal, an on-chain crypto market data aggregator known for real-time stats and price analytics across multiple blockchains and decentralised exchanges, reported this dramatic surge. As of the latest updates, the $PUNK3493 memecoin is trading at approximately $0.1484, marking a significant interest and investment shift within the crypto market.</w:t>
      </w:r>
      <w:r/>
    </w:p>
    <w:p>
      <w:r/>
      <w:r>
        <w:t>This extraordinary event underscores the evolving possibilities at the intersection of AI and blockchain technologies, as well as the ongoing fascination surrounding NFT permanence and fungibility in the digital age. The CryptoPunks series, currently under the management of Yuga Labs, creator of the Bored Ape Yacht Club and Mutant Ape Yacht Club collections, now witnesses an unexpected chapter in its storied existence. As AI continues to expand its influence in the digital sphere, the implications for NFTs and cryptocurrencies remain as intriguing and unpredictable as ever.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https://insidebitcoins.com/news/cryptopunk-3493-nft-burned-in-2019-revived-as-an-ai-memecoin-its-price-jumps-1000</w:t>
        </w:r>
      </w:hyperlink>
      <w:r>
        <w:t xml:space="preserve"> - Corroborates the revival of CryptoPunk #3493 as an AI memecoin and its significant price increase.</w:t>
      </w:r>
      <w:r/>
    </w:p>
    <w:p>
      <w:pPr>
        <w:pStyle w:val="ListNumber"/>
        <w:spacing w:line="240" w:lineRule="auto"/>
        <w:ind w:left="720"/>
      </w:pPr>
      <w:r/>
      <w:hyperlink r:id="rId10">
        <w:r>
          <w:rPr>
            <w:color w:val="0000EE"/>
            <w:u w:val="single"/>
          </w:rPr>
          <w:t>https://insidebitcoins.com/news/cryptopunk-3493-nft-burned-in-2019-revived-as-an-ai-memecoin-its-price-jumps-1000</w:t>
        </w:r>
      </w:hyperlink>
      <w:r>
        <w:t xml:space="preserve"> - Provides details on the burning of CryptoPunk #3493 in 2019 by ArtOnBlockchain and its subsequent revival.</w:t>
      </w:r>
      <w:r/>
    </w:p>
    <w:p>
      <w:pPr>
        <w:pStyle w:val="ListNumber"/>
        <w:spacing w:line="240" w:lineRule="auto"/>
        <w:ind w:left="720"/>
      </w:pPr>
      <w:r/>
      <w:hyperlink r:id="rId10">
        <w:r>
          <w:rPr>
            <w:color w:val="0000EE"/>
            <w:u w:val="single"/>
          </w:rPr>
          <w:t>https://insidebitcoins.com/news/cryptopunk-3493-nft-burned-in-2019-revived-as-an-ai-memecoin-its-price-jumps-1000</w:t>
        </w:r>
      </w:hyperlink>
      <w:r>
        <w:t xml:space="preserve"> - Explains the role of AI entities @ai16zvc and @vvaifudotfun in reviving the NFT using AI algorithms.</w:t>
      </w:r>
      <w:r/>
    </w:p>
    <w:p>
      <w:pPr>
        <w:pStyle w:val="ListNumber"/>
        <w:spacing w:line="240" w:lineRule="auto"/>
        <w:ind w:left="720"/>
      </w:pPr>
      <w:r/>
      <w:hyperlink r:id="rId10">
        <w:r>
          <w:rPr>
            <w:color w:val="0000EE"/>
            <w:u w:val="single"/>
          </w:rPr>
          <w:t>https://insidebitcoins.com/news/cryptopunk-3493-nft-burned-in-2019-revived-as-an-ai-memecoin-its-price-jumps-1000</w:t>
        </w:r>
      </w:hyperlink>
      <w:r>
        <w:t xml:space="preserve"> - Describes the transformation of the burned NFT into the $PUNK3493 memecoin and its market performance.</w:t>
      </w:r>
      <w:r/>
    </w:p>
    <w:p>
      <w:pPr>
        <w:pStyle w:val="ListNumber"/>
        <w:spacing w:line="240" w:lineRule="auto"/>
        <w:ind w:left="720"/>
      </w:pPr>
      <w:r/>
      <w:hyperlink r:id="rId10">
        <w:r>
          <w:rPr>
            <w:color w:val="0000EE"/>
            <w:u w:val="single"/>
          </w:rPr>
          <w:t>https://insidebitcoins.com/news/cryptopunk-3493-nft-burned-in-2019-revived-as-an-ai-memecoin-its-price-jumps-1000</w:t>
        </w:r>
      </w:hyperlink>
      <w:r>
        <w:t xml:space="preserve"> - Mentions the dramatic surge in the value of the $PUNK3493 memecoin within 24 hours.</w:t>
      </w:r>
      <w:r/>
    </w:p>
    <w:p>
      <w:pPr>
        <w:pStyle w:val="ListNumber"/>
        <w:spacing w:line="240" w:lineRule="auto"/>
        <w:ind w:left="720"/>
      </w:pPr>
      <w:r/>
      <w:hyperlink r:id="rId10">
        <w:r>
          <w:rPr>
            <w:color w:val="0000EE"/>
            <w:u w:val="single"/>
          </w:rPr>
          <w:t>https://insidebitcoins.com/news/cryptopunk-3493-nft-burned-in-2019-revived-as-an-ai-memecoin-its-price-jumps-1000</w:t>
        </w:r>
      </w:hyperlink>
      <w:r>
        <w:t xml:space="preserve"> - Reports on the current trading price of the $PUNK3493 memecoin as per Gecko Terminal data.</w:t>
      </w:r>
      <w:r/>
    </w:p>
    <w:p>
      <w:pPr>
        <w:pStyle w:val="ListNumber"/>
        <w:spacing w:line="240" w:lineRule="auto"/>
        <w:ind w:left="720"/>
      </w:pPr>
      <w:r/>
      <w:hyperlink r:id="rId11">
        <w:r>
          <w:rPr>
            <w:color w:val="0000EE"/>
            <w:u w:val="single"/>
          </w:rPr>
          <w:t>https://cryptopunks.app/cryptopunks/topsales</w:t>
        </w:r>
      </w:hyperlink>
      <w:r>
        <w:t xml:space="preserve"> - Provides context on the CryptoPunks series, developed by Larva Labs, and its significance within the Ethereum blockchain.</w:t>
      </w:r>
      <w:r/>
    </w:p>
    <w:p>
      <w:pPr>
        <w:pStyle w:val="ListNumber"/>
        <w:spacing w:line="240" w:lineRule="auto"/>
        <w:ind w:left="720"/>
      </w:pPr>
      <w:r/>
      <w:hyperlink r:id="rId11">
        <w:r>
          <w:rPr>
            <w:color w:val="0000EE"/>
            <w:u w:val="single"/>
          </w:rPr>
          <w:t>https://cryptopunks.app/cryptopunks/topsales</w:t>
        </w:r>
      </w:hyperlink>
      <w:r>
        <w:t xml:space="preserve"> - Details the CryptoPunks series, which includes 10,000 pixelated profile picture NFTs.</w:t>
      </w:r>
      <w:r/>
    </w:p>
    <w:p>
      <w:pPr>
        <w:pStyle w:val="ListNumber"/>
        <w:spacing w:line="240" w:lineRule="auto"/>
        <w:ind w:left="720"/>
      </w:pPr>
      <w:r/>
      <w:hyperlink r:id="rId12">
        <w:r>
          <w:rPr>
            <w:color w:val="0000EE"/>
            <w:u w:val="single"/>
          </w:rPr>
          <w:t>https://nftevening.com/early-nft-collection-cryptoskulls-have-a-revival-after-their-recent-discovery/</w:t>
        </w:r>
      </w:hyperlink>
      <w:r>
        <w:t xml:space="preserve"> - Mentions Yuga Labs' management of the CryptoPunks series, along with other notable NFT collections like Bored Ape Yacht Club and Mutant Ape Yacht Club.</w:t>
      </w:r>
      <w:r/>
    </w:p>
    <w:p>
      <w:pPr>
        <w:pStyle w:val="ListNumber"/>
        <w:spacing w:line="240" w:lineRule="auto"/>
        <w:ind w:left="720"/>
      </w:pPr>
      <w:r/>
      <w:hyperlink r:id="rId10">
        <w:r>
          <w:rPr>
            <w:color w:val="0000EE"/>
            <w:u w:val="single"/>
          </w:rPr>
          <w:t>https://insidebitcoins.com/news/cryptopunk-3493-nft-burned-in-2019-revived-as-an-ai-memecoin-its-price-jumps-1000</w:t>
        </w:r>
      </w:hyperlink>
      <w:r>
        <w:t xml:space="preserve"> - Highlights the intersection of AI and blockchain technologies and their evolving possibilities.</w:t>
      </w:r>
      <w:r/>
    </w:p>
    <w:p>
      <w:pPr>
        <w:pStyle w:val="ListNumber"/>
        <w:spacing w:line="240" w:lineRule="auto"/>
        <w:ind w:left="720"/>
      </w:pPr>
      <w:r/>
      <w:hyperlink r:id="rId10">
        <w:r>
          <w:rPr>
            <w:color w:val="0000EE"/>
            <w:u w:val="single"/>
          </w:rPr>
          <w:t>https://insidebitcoins.com/news/cryptopunk-3493-nft-burned-in-2019-revived-as-an-ai-memecoin-its-price-jumps-1000</w:t>
        </w:r>
      </w:hyperlink>
      <w:r>
        <w:t xml:space="preserve"> - Discusses the implications for NFTs and cryptocurrencies as AI continues to expand its influence.</w:t>
      </w:r>
      <w:r/>
    </w:p>
    <w:p>
      <w:pPr>
        <w:pStyle w:val="ListNumber"/>
        <w:spacing w:line="240" w:lineRule="auto"/>
        <w:ind w:left="720"/>
      </w:pPr>
      <w:r/>
      <w:hyperlink r:id="rId10">
        <w:r>
          <w:rPr>
            <w:color w:val="0000EE"/>
            <w:u w:val="single"/>
          </w:rPr>
          <w:t>https://insidebitcoins.com/news/cryptopunk-3493-nft-burned-in-2019-revived-as-an-ai-memecoin-its-price-jumps-1000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debitcoins.com/news/cryptopunk-3493-nft-burned-in-2019-revived-as-an-ai-memecoin-its-price-jumps-1000" TargetMode="External"/><Relationship Id="rId11" Type="http://schemas.openxmlformats.org/officeDocument/2006/relationships/hyperlink" Target="https://cryptopunks.app/cryptopunks/topsales" TargetMode="External"/><Relationship Id="rId12" Type="http://schemas.openxmlformats.org/officeDocument/2006/relationships/hyperlink" Target="https://nftevening.com/early-nft-collection-cryptoskulls-have-a-revival-after-their-recent-discov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