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 'Panoptic Junction' enters year-long pilot with U.S. Cyber Command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Tool 'Panoptic Junction' Enters Year-Long Pilot with U.S. Cyber Command</w:t>
      </w:r>
      <w:r/>
    </w:p>
    <w:p>
      <w:r/>
      <w:r>
        <w:t>An advanced artificial intelligence tool, Panoptic Junction (PJ), developed by the Army Cyber Command, is set to enter a year-long pilot phase with the U.S. Cyber Command. This move is part of the Defence Department's response to a directive in President Joe Biden's executive order on artificial intelligence.</w:t>
      </w:r>
      <w:r/>
    </w:p>
    <w:p>
      <w:r/>
      <w:r>
        <w:t>The tool's development aligns with Biden's comprehensive AI executive order, which mandates extensive plans for deploying AI capabilities to identify and mitigate vulnerabilities within critical U.S. Government systems, software, and networks. The Department of Defense (DoD) has been tasked with leading these efforts, with U.S. Cyber Command spearheading the implementation of PJ as a key component of this initiative.</w:t>
      </w:r>
      <w:r/>
    </w:p>
    <w:p>
      <w:r/>
      <w:r>
        <w:t>Following an extended prototyping phase, the tool proved effective in identifying malicious network traffic, according to Lieutenant General Maria Barrett, commander of the Army Cyber Command. She explained that while some detections were missed, these were assessed as either unsuccessful attacks or benign activities.</w:t>
      </w:r>
      <w:r/>
    </w:p>
    <w:p>
      <w:r/>
      <w:r>
        <w:t>Given the positive outcomes from the prototype phase, the tool will now transition to a 12-month pilot, overseen by Cyber Command. The pilot phase will focus on refining its integration, usability, system performance, analytics, and reducing false positives, as outlined by General Barrett.</w:t>
      </w:r>
      <w:r/>
    </w:p>
    <w:p>
      <w:r/>
      <w:r>
        <w:t>The primary aim of Panoptic Junction is to enhance detection and monitoring of anomalous and malicious cyber activities. This includes the ability to identify "living off the land" techniques, which have gained notoriety especially after the revelation of cybersecurity threats such as the Chinese group Volt Typhoon. This group's infiltration into U.S. critical infrastructure, which came to light in May 2023, has spurred increased attention towards these subtle yet significant threat methods.</w:t>
      </w:r>
      <w:r/>
    </w:p>
    <w:p>
      <w:r/>
      <w:r>
        <w:t>PJ utilises AI to provide programmatic access to the Enterprise Mission Assurance Support Service (EMASS), which is responsible for IT system authorisations. The tool helps evaluate risks relative to a specific network's architecture using threat intelligence. It then prioritises these risks, passing them onto further AI-driven processes that analyse event logs to spot anomalies or malicious behaviour. Unique to PJ is its ability to integrate EMASS functions with ongoing cybersecurity monitoring using AI.</w:t>
      </w:r>
      <w:r/>
    </w:p>
    <w:p>
      <w:r/>
      <w:r>
        <w:t>Cyber Command officials have been vocal in their praise for PJ, highlighting its effectiveness and agility. Morgan Adamski, executive director of Cyber Command, spoke at the CyberTalks conference in October, emphasising the tool's ability to quickly and efficiently detect adversarial activities that would be challenging for human analysts to identify swiftly. Adamski noted that the platform's rapid threat assessment and integration capabilities enhance network security in real-time, improving operational efficiencies and the technical capacity of cybersecurity personnel.</w:t>
      </w:r>
      <w:r/>
    </w:p>
    <w:p>
      <w:r/>
      <w:r>
        <w:t>As PJ embarks on this pivotal trial phase, its success could represent a significant stride forward in digital defence strategies, marking a new era in the utilisation of AI for cyber security within governmental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https://defensescoop.com/2024/11/18/army-cyber-ai-panoptic-junction-monitoring-tool-12-month-pilot/</w:t>
        </w:r>
      </w:hyperlink>
      <w:r>
        <w:t xml:space="preserve"> - Details the 12-month pilot phase of Panoptic Junction with U.S. Cyber Command, focusing on integration, usability, system performance, and reducing false positives.</w:t>
      </w:r>
      <w:r/>
    </w:p>
    <w:p>
      <w:pPr>
        <w:pStyle w:val="ListNumber"/>
        <w:spacing w:line="240" w:lineRule="auto"/>
        <w:ind w:left="720"/>
      </w:pPr>
      <w:r/>
      <w:hyperlink r:id="rId10">
        <w:r>
          <w:rPr>
            <w:color w:val="0000EE"/>
            <w:u w:val="single"/>
          </w:rPr>
          <w:t>https://defensescoop.com/2024/11/18/army-cyber-ai-panoptic-junction-monitoring-tool-12-month-pilot/</w:t>
        </w:r>
      </w:hyperlink>
      <w:r>
        <w:t xml:space="preserve"> - Explains the alignment of Panoptic Junction's development with President Joe Biden's AI executive order and the DoD's role in leading these efforts.</w:t>
      </w:r>
      <w:r/>
    </w:p>
    <w:p>
      <w:pPr>
        <w:pStyle w:val="ListNumber"/>
        <w:spacing w:line="240" w:lineRule="auto"/>
        <w:ind w:left="720"/>
      </w:pPr>
      <w:r/>
      <w:hyperlink r:id="rId10">
        <w:r>
          <w:rPr>
            <w:color w:val="0000EE"/>
            <w:u w:val="single"/>
          </w:rPr>
          <w:t>https://defensescoop.com/2024/11/18/army-cyber-ai-panoptic-junction-monitoring-tool-12-month-pilot/</w:t>
        </w:r>
      </w:hyperlink>
      <w:r>
        <w:t xml:space="preserve"> - Discusses the effectiveness of Panoptic Junction in identifying malicious network traffic during the prototyping phase, as stated by Lieutenant General Maria Barrett.</w:t>
      </w:r>
      <w:r/>
    </w:p>
    <w:p>
      <w:pPr>
        <w:pStyle w:val="ListNumber"/>
        <w:spacing w:line="240" w:lineRule="auto"/>
        <w:ind w:left="720"/>
      </w:pPr>
      <w:r/>
      <w:hyperlink r:id="rId11">
        <w:r>
          <w:rPr>
            <w:color w:val="0000EE"/>
            <w:u w:val="single"/>
          </w:rPr>
          <w:t>https://potomacofficersclub.com/pentagon-selects-panoptic-junction-tool-to-ensure-safe-ai-use/</w:t>
        </w:r>
      </w:hyperlink>
      <w:r>
        <w:t xml:space="preserve"> - Mentions the Department of Defense's selection of Panoptic Junction to support the Biden administration's executive order on safe AI deployment and development.</w:t>
      </w:r>
      <w:r/>
    </w:p>
    <w:p>
      <w:pPr>
        <w:pStyle w:val="ListNumber"/>
        <w:spacing w:line="240" w:lineRule="auto"/>
        <w:ind w:left="720"/>
      </w:pPr>
      <w:r/>
      <w:hyperlink r:id="rId10">
        <w:r>
          <w:rPr>
            <w:color w:val="0000EE"/>
            <w:u w:val="single"/>
          </w:rPr>
          <w:t>https://defensescoop.com/2024/11/18/army-cyber-ai-panoptic-junction-monitoring-tool-12-month-pilot/</w:t>
        </w:r>
      </w:hyperlink>
      <w:r>
        <w:t xml:space="preserve"> - Describes the primary aim of Panoptic Junction to enhance detection and monitoring of anomalous and malicious cyber activities, including 'living off the land' techniques.</w:t>
      </w:r>
      <w:r/>
    </w:p>
    <w:p>
      <w:pPr>
        <w:pStyle w:val="ListNumber"/>
        <w:spacing w:line="240" w:lineRule="auto"/>
        <w:ind w:left="720"/>
      </w:pPr>
      <w:r/>
      <w:hyperlink r:id="rId12">
        <w:r>
          <w:rPr>
            <w:color w:val="0000EE"/>
            <w:u w:val="single"/>
          </w:rPr>
          <w:t>https://www.scworld.com/brief/new-army-cyber-command-tool-leveraged-by-defense-department-in-achieving-federal-ai-goals</w:t>
        </w:r>
      </w:hyperlink>
      <w:r>
        <w:t xml:space="preserve"> - Details how Panoptic Junction uses AI to access EMASS and evaluate risks relative to a specific network's architecture using threat intelligence.</w:t>
      </w:r>
      <w:r/>
    </w:p>
    <w:p>
      <w:pPr>
        <w:pStyle w:val="ListNumber"/>
        <w:spacing w:line="240" w:lineRule="auto"/>
        <w:ind w:left="720"/>
      </w:pPr>
      <w:r/>
      <w:hyperlink r:id="rId10">
        <w:r>
          <w:rPr>
            <w:color w:val="0000EE"/>
            <w:u w:val="single"/>
          </w:rPr>
          <w:t>https://defensescoop.com/2024/11/18/army-cyber-ai-panoptic-junction-monitoring-tool-12-month-pilot/</w:t>
        </w:r>
      </w:hyperlink>
      <w:r>
        <w:t xml:space="preserve"> - Highlights the threat posed by the Chinese group Volt Typhoon and how Panoptic Junction has been refined to detect such threats.</w:t>
      </w:r>
      <w:r/>
    </w:p>
    <w:p>
      <w:pPr>
        <w:pStyle w:val="ListNumber"/>
        <w:spacing w:line="240" w:lineRule="auto"/>
        <w:ind w:left="720"/>
      </w:pPr>
      <w:r/>
      <w:hyperlink r:id="rId13">
        <w:r>
          <w:rPr>
            <w:color w:val="0000EE"/>
            <w:u w:val="single"/>
          </w:rPr>
          <w:t>https://www.scworld.com/brief/new-army-cyber-command-ai-tool-shows-promise-in-bolstering-pentagon-network-defenses</w:t>
        </w:r>
      </w:hyperlink>
      <w:r>
        <w:t xml:space="preserve"> - Quotes Morgan Adamski, executive director of Cyber Command, on the tool's effectiveness and agility in detecting adversarial activities and enhancing network security.</w:t>
      </w:r>
      <w:r/>
    </w:p>
    <w:p>
      <w:pPr>
        <w:pStyle w:val="ListNumber"/>
        <w:spacing w:line="240" w:lineRule="auto"/>
        <w:ind w:left="720"/>
      </w:pPr>
      <w:r/>
      <w:hyperlink r:id="rId14">
        <w:r>
          <w:rPr>
            <w:color w:val="0000EE"/>
            <w:u w:val="single"/>
          </w:rPr>
          <w:t>https://defensescoop.com/2024/10/30/cybercom-army-cyber-command-panoptic-junction-artificial-intelligence/</w:t>
        </w:r>
      </w:hyperlink>
      <w:r>
        <w:t xml:space="preserve"> - Provides additional context on the pilot effort and the integration of Panoptic Junction with ongoing cybersecurity monitoring using AI.</w:t>
      </w:r>
      <w:r/>
    </w:p>
    <w:p>
      <w:pPr>
        <w:pStyle w:val="ListNumber"/>
        <w:spacing w:line="240" w:lineRule="auto"/>
        <w:ind w:left="720"/>
      </w:pPr>
      <w:r/>
      <w:hyperlink r:id="rId11">
        <w:r>
          <w:rPr>
            <w:color w:val="0000EE"/>
            <w:u w:val="single"/>
          </w:rPr>
          <w:t>https://potomacofficersclub.com/pentagon-selects-panoptic-junction-tool-to-ensure-safe-ai-use/</w:t>
        </w:r>
      </w:hyperlink>
      <w:r>
        <w:t xml:space="preserve"> - Mentions the adjustment of Panoptic Junction's features to include detection of Volt Typhoon-like behaviors in critical infrastructure systems.</w:t>
      </w:r>
      <w:r/>
    </w:p>
    <w:p>
      <w:pPr>
        <w:pStyle w:val="ListNumber"/>
        <w:spacing w:line="240" w:lineRule="auto"/>
        <w:ind w:left="720"/>
      </w:pPr>
      <w:r/>
      <w:hyperlink r:id="rId13">
        <w:r>
          <w:rPr>
            <w:color w:val="0000EE"/>
            <w:u w:val="single"/>
          </w:rPr>
          <w:t>https://www.scworld.com/brief/new-army-cyber-command-ai-tool-shows-promise-in-bolstering-pentagon-network-defenses</w:t>
        </w:r>
      </w:hyperlink>
      <w:r>
        <w:t xml:space="preserve"> - Discusses the potential of Panoptic Junction to represent a significant stride forward in digital defense strategies and the utilization of AI for cyber security.</w:t>
      </w:r>
      <w:r/>
    </w:p>
    <w:p>
      <w:pPr>
        <w:pStyle w:val="ListNumber"/>
        <w:spacing w:line="240" w:lineRule="auto"/>
        <w:ind w:left="720"/>
      </w:pPr>
      <w:r/>
      <w:hyperlink r:id="rId10">
        <w:r>
          <w:rPr>
            <w:color w:val="0000EE"/>
            <w:u w:val="single"/>
          </w:rPr>
          <w:t>https://defensescoop.com/2024/11/18/army-cyber-ai-panoptic-junction-monitoring-tool-12-month-pilot/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sescoop.com/2024/11/18/army-cyber-ai-panoptic-junction-monitoring-tool-12-month-pilot/" TargetMode="External"/><Relationship Id="rId11" Type="http://schemas.openxmlformats.org/officeDocument/2006/relationships/hyperlink" Target="https://potomacofficersclub.com/pentagon-selects-panoptic-junction-tool-to-ensure-safe-ai-use/" TargetMode="External"/><Relationship Id="rId12" Type="http://schemas.openxmlformats.org/officeDocument/2006/relationships/hyperlink" Target="https://www.scworld.com/brief/new-army-cyber-command-tool-leveraged-by-defense-department-in-achieving-federal-ai-goals" TargetMode="External"/><Relationship Id="rId13" Type="http://schemas.openxmlformats.org/officeDocument/2006/relationships/hyperlink" Target="https://www.scworld.com/brief/new-army-cyber-command-ai-tool-shows-promise-in-bolstering-pentagon-network-defenses" TargetMode="External"/><Relationship Id="rId14" Type="http://schemas.openxmlformats.org/officeDocument/2006/relationships/hyperlink" Target="https://defensescoop.com/2024/10/30/cybercom-army-cyber-command-panoptic-junction-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