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DrPepe.ai blends AI and blockchain to explore immortality research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DrPepe.ai, a groundbreaking project set within the bustling Solana blockchain ecosystem, is catching the attention of tech enthusiasts and meme-loving crypto traders alike. Combining artificial intelligence with the viral characteristics of internet memes, this innovative venture promises to redefine our understanding of decentralised science and immortality research. </w:t>
      </w:r>
      <w:r/>
    </w:p>
    <w:p>
      <w:r/>
      <w:r>
        <w:t>Slated to release its first scientific white paper on the concept of remaining "forever young" in the first quarter of 2025, DrPepe.ai seeks to merge blockchain technology with advanced AI to explore the possibilities of immortality. The white paper, crafted by the project’s AI, will utilise a PageRank-like algorithm—a system that prioritises scientific truth and minimises commercial bias.</w:t>
      </w:r>
      <w:r/>
    </w:p>
    <w:p>
      <w:r/>
      <w:r>
        <w:t>DrPepe.ai is introducing the DRP token, a Solana-native AI meme coin that aligns itself with internet culture while advancing its ambitious immortality goals. The project is being supported by what it describes as a personalised computational biochemistry engine intended to keep its users "forever young." On top of this, AI agents will operate on an elite, peer-reviewed database, which hinges on a systems approach to ageing. Importantly, this is presented as open-source, censorship-resistant, and immutable—attributes highly prized in the blockchain domain for ensuring transparency and trust.</w:t>
      </w:r>
      <w:r/>
    </w:p>
    <w:p>
      <w:r/>
      <w:r>
        <w:t>A notable aspect of DrPepe.ai is its application of Arweave’s decentralised storage to store scientific data permanently, safeguarding it from potential manipulation and censorship. By leveraging a maximally truth-seeking PageRank algorithm, DrPepe.ai endeavours to prioritise verifiable science over commercial interests, an approach that stands in contrast to some existing AI models that may lack transparency.</w:t>
      </w:r>
      <w:r/>
    </w:p>
    <w:p>
      <w:r/>
      <w:r>
        <w:t>As cryptocurrencies surge, meme coins—once dismissed by some as novelties—are experiencing a renaissance, encapsulating both financial gain and cultural significance in the digital currency space. DrPepe.ai appears poised to take advantage of this, marrying the playful allure of meme coins with what it seeks to present as serious, groundbreaking scientific exploration.</w:t>
      </w:r>
      <w:r/>
    </w:p>
    <w:p>
      <w:r/>
      <w:r>
        <w:t>The broader implications of such a project touch on the vulnerabilities of closed-source AI models, pointing towards a future where open-source, censorship-resistant AI and blockchain technology could play vital roles in the pursuit of scientific truth. This has the potential to open up significant discussions within the tech and scientific communities, particularly around the ethics and feasibility of AI-driven scientific research.</w:t>
      </w:r>
      <w:r/>
    </w:p>
    <w:p>
      <w:r/>
      <w:r>
        <w:t xml:space="preserve">DrPepe.ai is headquartered in Singapore, symbolising a growing trend of tech innovation hubs in the Asia-Pacific region. For those interested in exploring more about this venture or participating in its community, further details can be found on their website or Twitter feed at @DrPepeai. </w:t>
      </w:r>
      <w:r/>
    </w:p>
    <w:p>
      <w:r/>
      <w:r>
        <w:t>As the excitement within the cryptoverse continues to grow, the intersection of meme culture, AI, and cutting-edge scientific research represented by DrPepe.ai will undoubtedly attract scrutiny, enthusiasm, and debate in equal measure.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https://bravenewcoin.com/insights/ai-memes-take-over-drpepe-ai-the-future-of-cryptocurrency</w:t>
        </w:r>
      </w:hyperlink>
      <w:r>
        <w:t xml:space="preserve"> - Corroborates the launch of DrPepe.ai, its AI meme coin, and the project's focus on immortality research using a PageRank-like algorithm.</w:t>
      </w:r>
      <w:r/>
    </w:p>
    <w:p>
      <w:pPr>
        <w:pStyle w:val="ListNumber"/>
        <w:spacing w:line="240" w:lineRule="auto"/>
        <w:ind w:left="720"/>
      </w:pPr>
      <w:r/>
      <w:hyperlink r:id="rId11">
        <w:r>
          <w:rPr>
            <w:color w:val="0000EE"/>
            <w:u w:val="single"/>
          </w:rPr>
          <w:t>https://docs.drpepe.ai/welcome/introduction</w:t>
        </w:r>
      </w:hyperlink>
      <w:r>
        <w:t xml:space="preserve"> - Provides an introduction to DrPepe.ai, its AI-powered smart agent, and its goals related to longevity science on the Solana blockchain.</w:t>
      </w:r>
      <w:r/>
    </w:p>
    <w:p>
      <w:pPr>
        <w:pStyle w:val="ListNumber"/>
        <w:spacing w:line="240" w:lineRule="auto"/>
        <w:ind w:left="720"/>
      </w:pPr>
      <w:r/>
      <w:hyperlink r:id="rId12">
        <w:r>
          <w:rPr>
            <w:color w:val="0000EE"/>
            <w:u w:val="single"/>
          </w:rPr>
          <w:t>https://www.crypto-news-flash.com/ai-memes-take-over-drpepe-ai-the-future-of-cryptocurrency/</w:t>
        </w:r>
      </w:hyperlink>
      <w:r>
        <w:t xml:space="preserve"> - Details the release of DrPepe.ai's first scientific white paper, the DRP token, and the use of a maximally truth-seeking PageRank algorithm.</w:t>
      </w:r>
      <w:r/>
    </w:p>
    <w:p>
      <w:pPr>
        <w:pStyle w:val="ListNumber"/>
        <w:spacing w:line="240" w:lineRule="auto"/>
        <w:ind w:left="720"/>
      </w:pPr>
      <w:r/>
      <w:hyperlink r:id="rId10">
        <w:r>
          <w:rPr>
            <w:color w:val="0000EE"/>
            <w:u w:val="single"/>
          </w:rPr>
          <w:t>https://bravenewcoin.com/insights/ai-memes-take-over-drpepe-ai-the-future-of-cryptocurrency</w:t>
        </w:r>
      </w:hyperlink>
      <w:r>
        <w:t xml:space="preserve"> - Explains the project's use of Arweave for decentralized storage and its commitment to open-source, censorship-resistant AI.</w:t>
      </w:r>
      <w:r/>
    </w:p>
    <w:p>
      <w:pPr>
        <w:pStyle w:val="ListNumber"/>
        <w:spacing w:line="240" w:lineRule="auto"/>
        <w:ind w:left="720"/>
      </w:pPr>
      <w:r/>
      <w:hyperlink r:id="rId12">
        <w:r>
          <w:rPr>
            <w:color w:val="0000EE"/>
            <w:u w:val="single"/>
          </w:rPr>
          <w:t>https://www.crypto-news-flash.com/ai-memes-take-over-drpepe-ai-the-future-of-cryptocurrency/</w:t>
        </w:r>
      </w:hyperlink>
      <w:r>
        <w:t xml:space="preserve"> - Discusses the integration of AI with meme culture and the potential impact on scientific research and transparency.</w:t>
      </w:r>
      <w:r/>
    </w:p>
    <w:p>
      <w:pPr>
        <w:pStyle w:val="ListNumber"/>
        <w:spacing w:line="240" w:lineRule="auto"/>
        <w:ind w:left="720"/>
      </w:pPr>
      <w:r/>
      <w:hyperlink r:id="rId10">
        <w:r>
          <w:rPr>
            <w:color w:val="0000EE"/>
            <w:u w:val="single"/>
          </w:rPr>
          <w:t>https://bravenewcoin.com/insights/ai-memes-take-over-drpepe-ai-the-future-of-cryptocurrency</w:t>
        </w:r>
      </w:hyperlink>
      <w:r>
        <w:t xml:space="preserve"> - Describes the personalized computational biochemistry engine and AI agents operating on a peer-reviewed database.</w:t>
      </w:r>
      <w:r/>
    </w:p>
    <w:p>
      <w:pPr>
        <w:pStyle w:val="ListNumber"/>
        <w:spacing w:line="240" w:lineRule="auto"/>
        <w:ind w:left="720"/>
      </w:pPr>
      <w:r/>
      <w:hyperlink r:id="rId11">
        <w:r>
          <w:rPr>
            <w:color w:val="0000EE"/>
            <w:u w:val="single"/>
          </w:rPr>
          <w:t>https://docs.drpepe.ai/welcome/introduction</w:t>
        </w:r>
      </w:hyperlink>
      <w:r>
        <w:t xml:space="preserve"> - Mentions the project's aim to combine artificial intelligence, blockchain technology, and peer-reviewed scientific literature.</w:t>
      </w:r>
      <w:r/>
    </w:p>
    <w:p>
      <w:pPr>
        <w:pStyle w:val="ListNumber"/>
        <w:spacing w:line="240" w:lineRule="auto"/>
        <w:ind w:left="720"/>
      </w:pPr>
      <w:r/>
      <w:hyperlink r:id="rId12">
        <w:r>
          <w:rPr>
            <w:color w:val="0000EE"/>
            <w:u w:val="single"/>
          </w:rPr>
          <w:t>https://www.crypto-news-flash.com/ai-memes-take-over-drpepe-ai-the-future-of-cryptocurrency/</w:t>
        </w:r>
      </w:hyperlink>
      <w:r>
        <w:t xml:space="preserve"> - Highlights the project's headquarters in Singapore and its presence on social media platforms like Twitter.</w:t>
      </w:r>
      <w:r/>
    </w:p>
    <w:p>
      <w:pPr>
        <w:pStyle w:val="ListNumber"/>
        <w:spacing w:line="240" w:lineRule="auto"/>
        <w:ind w:left="720"/>
      </w:pPr>
      <w:r/>
      <w:hyperlink r:id="rId10">
        <w:r>
          <w:rPr>
            <w:color w:val="0000EE"/>
            <w:u w:val="single"/>
          </w:rPr>
          <w:t>https://bravenewcoin.com/insights/ai-memes-take-over-drpepe-ai-the-future-of-cryptocurrency</w:t>
        </w:r>
      </w:hyperlink>
      <w:r>
        <w:t xml:space="preserve"> - Talks about the broader implications of DrPepe.ai on the tech and scientific communities, including ethics and feasibility of AI-driven research.</w:t>
      </w:r>
      <w:r/>
    </w:p>
    <w:p>
      <w:pPr>
        <w:pStyle w:val="ListNumber"/>
        <w:spacing w:line="240" w:lineRule="auto"/>
        <w:ind w:left="720"/>
      </w:pPr>
      <w:r/>
      <w:hyperlink r:id="rId12">
        <w:r>
          <w:rPr>
            <w:color w:val="0000EE"/>
            <w:u w:val="single"/>
          </w:rPr>
          <w:t>https://www.crypto-news-flash.com/ai-memes-take-over-drpepe-ai-the-future-of-cryptocurrency/</w:t>
        </w:r>
      </w:hyperlink>
      <w:r>
        <w:t xml:space="preserve"> - Mentions the growing trend of tech innovation hubs in the Asia-Pacific region and DrPepe.ai's role in it.</w:t>
      </w:r>
      <w:r/>
    </w:p>
    <w:p>
      <w:pPr>
        <w:pStyle w:val="ListNumber"/>
        <w:spacing w:line="240" w:lineRule="auto"/>
        <w:ind w:left="720"/>
      </w:pPr>
      <w:r/>
      <w:hyperlink r:id="rId10">
        <w:r>
          <w:rPr>
            <w:color w:val="0000EE"/>
            <w:u w:val="single"/>
          </w:rPr>
          <w:t>https://bravenewcoin.com/insights/ai-memes-take-over-drpepe-ai-the-future-of-cryptocurrency</w:t>
        </w:r>
      </w:hyperlink>
      <w:r>
        <w:t xml:space="preserve"> - Discusses the renaissance of meme coins and their financial and cultural significance in the digital currency space.</w:t>
      </w:r>
      <w:r/>
    </w:p>
    <w:p>
      <w:pPr>
        <w:pStyle w:val="ListNumber"/>
        <w:spacing w:line="240" w:lineRule="auto"/>
        <w:ind w:left="720"/>
      </w:pPr>
      <w:r/>
      <w:hyperlink r:id="rId13">
        <w:r>
          <w:rPr>
            <w:color w:val="0000EE"/>
            <w:u w:val="single"/>
          </w:rPr>
          <w:t>https://news.google.com/rss/articles/CBMilwFBVV95cUxPR3liSGFwVThLYkFpMnRZVndGU3ZLWnBpbHl3STV6cm5GR2hsVXZobDk4Tm9uSGNIazc4dDdFeDFVWEdHcXFxaFFsd3Q2VklHUE0tbU9scXVxZEhheG1NUEwwWGNYQWRxaHFRNDBMX0Fsd1BQOGFPWkY3emctVVc3aGJxNVp6ano0UmlseVhwNW9kc2t0Rm9j?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ravenewcoin.com/insights/ai-memes-take-over-drpepe-ai-the-future-of-cryptocurrency" TargetMode="External"/><Relationship Id="rId11" Type="http://schemas.openxmlformats.org/officeDocument/2006/relationships/hyperlink" Target="https://docs.drpepe.ai/welcome/introduction" TargetMode="External"/><Relationship Id="rId12" Type="http://schemas.openxmlformats.org/officeDocument/2006/relationships/hyperlink" Target="https://www.crypto-news-flash.com/ai-memes-take-over-drpepe-ai-the-future-of-cryptocurrency/" TargetMode="External"/><Relationship Id="rId13" Type="http://schemas.openxmlformats.org/officeDocument/2006/relationships/hyperlink" Target="https://news.google.com/rss/articles/CBMilwFBVV95cUxPR3liSGFwVThLYkFpMnRZVndGU3ZLWnBpbHl3STV6cm5GR2hsVXZobDk4Tm9uSGNIazc4dDdFeDFVWEdHcXFxaFFsd3Q2VklHUE0tbU9scXVxZEhheG1NUEwwWGNYQWRxaHFRNDBMX0Fsd1BQOGFPWkY3emctVVc3aGJxNVp6ano0UmlseVhwNW9kc2t0Rm9j?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