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ESPN introduces AI avatar FACTS to enhance college football experience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ESPN is venturing into the realm of artificial intelligence with the introduction of a new AI-generated avatar named FACTS, designed to feature on its well-followed college football programme, SEC Nation. This initiative, unveiled by the network, represents a strategic effort to blend cutting-edge technology with traditional sports broadcasting, aiming to enhance viewer engagement and education through sports analytics.</w:t>
      </w:r>
      <w:r/>
    </w:p>
    <w:p>
      <w:r/>
      <w:r>
        <w:t>The development of FACTS has been undertaken at the ESPN Edge Innovation Center. This avatar is targeted to be used in pre-game discussions, aiming to promote educational value and entertainment by integrating sports analytics into the viewing experience. The primary goal is to create a more interactive and informative segment for audiences, particularly those with a keen interest in college football.</w:t>
      </w:r>
      <w:r/>
    </w:p>
    <w:p>
      <w:r/>
      <w:r>
        <w:t>Baron Miller, who serves as the coordinating producer for SEC Network/ESPN, elaborated on the vision behind FACTS. He explained that the avatar is part of a broader initiative to introduce market innovations and create new channels for accessing ESPN Analytics’ data. "FACTS is designed to test innovations out in the market and create an outlet for ESPN Analytics’ data to be accessible to fans in an engaging and enjoyable segment," Miller stated, highlighting that the avatar is intended to supplement rather than supplant the network's journalists and on-air talent.</w:t>
      </w:r>
      <w:r/>
    </w:p>
    <w:p>
      <w:r/>
      <w:r>
        <w:t>The technological framework supporting FACTS is robust, utilising NVIDIA's Omniverse’s ACE microservices. Together with Azure OpenAI for language processing and ElevenLabs for text-to-speech functionalities, FACTS can deliver complex sports data in a digestible format to the audience. This collaboration of technologies is designed to attract and engage a new audience demographic eager to delve deeper into the analytical aspects of college football.</w:t>
      </w:r>
      <w:r/>
    </w:p>
    <w:p>
      <w:r/>
      <w:r>
        <w:t>While ESPN has yet to showcase FACTS live on-air, the integration of AI into its programming is not an untested strategy for the network. In the past, generative AI has been utilised for creating match recaps. However, these AI-generated summaries faced criticism for factual inaccuracies, such as omitting significant sports figures and focusing myopically on game scores and goalscorers.</w:t>
      </w:r>
      <w:r/>
    </w:p>
    <w:p>
      <w:r/>
      <w:r>
        <w:t>Despite these issues, ESPN maintains a positive outlook on the role of AI in sports journalism. The network asserts that AI-generated outputs provide an opportunity for human writers to concentrate on more nuanced, feature-length stories, in-depth analyses, and breaking news coverage. An ESPN spokesperson emphasised, "These automated recaps will allow ESPN staff to focus on feature, analysis and breaking news coverage. ESPN has always worked to combine human capability with emerging technologies as part of its mission to serve sports fans."</w:t>
      </w:r>
      <w:r/>
    </w:p>
    <w:p>
      <w:r/>
      <w:r>
        <w:t>SEC Nation, which airs every Saturday during the college football season at 10 AM ET, is seen as an ideal platform for debuting this innovative AI solution. The show’s wide-reaching popularity makes it a prime venue for leveraging FACTS and facilitating a broader understanding of sports analytics among both seasoned fans and newcomers.</w:t>
      </w:r>
      <w:r/>
    </w:p>
    <w:p>
      <w:r/>
      <w:r>
        <w:t>Although there's no official timeline for when viewers might see FACTS appear on their screens, the rapid pace of AI integration across various media industries suggests that it might not be far off. ESPN's move to incorporate AI into its programming reflects a broader trend of media outlets seeking to harness technological advancements to enhance viewer experiences and cater to evolving audience preferences.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https://www.espnfrontrow.com/2024/11/generative-ai-avatar-facts-announced-at-4th-annual-espn-edge-conference/</w:t>
        </w:r>
      </w:hyperlink>
      <w:r>
        <w:t xml:space="preserve"> - Corroborates the development of FACTS at the ESPN Edge Innovation Center and its use in pre-game discussions to promote education and fun around sports analytics.</w:t>
      </w:r>
      <w:r/>
    </w:p>
    <w:p>
      <w:pPr>
        <w:pStyle w:val="ListNumber"/>
        <w:spacing w:line="240" w:lineRule="auto"/>
        <w:ind w:left="720"/>
      </w:pPr>
      <w:r/>
      <w:hyperlink r:id="rId11">
        <w:r>
          <w:rPr>
            <w:color w:val="0000EE"/>
            <w:u w:val="single"/>
          </w:rPr>
          <w:t>https://www.bundle.app/en/technology/77dae7e2-b8d7-4c68-a37b-23eff7440fc5?l=1</w:t>
        </w:r>
      </w:hyperlink>
      <w:r>
        <w:t xml:space="preserve"> - Supports the introduction of FACTS as an AI-generated avatar for the SEC Nation show, focusing on sports analytics and education.</w:t>
      </w:r>
      <w:r/>
    </w:p>
    <w:p>
      <w:pPr>
        <w:pStyle w:val="ListNumber"/>
        <w:spacing w:line="240" w:lineRule="auto"/>
        <w:ind w:left="720"/>
      </w:pPr>
      <w:r/>
      <w:hyperlink r:id="rId12">
        <w:r>
          <w:rPr>
            <w:color w:val="0000EE"/>
            <w:u w:val="single"/>
          </w:rPr>
          <w:t>https://awfulannouncing.com/espn/ai-avatar-facts-testing-stage-sec-nation.html</w:t>
        </w:r>
      </w:hyperlink>
      <w:r>
        <w:t xml:space="preserve"> - Confirms that FACTS is being trialed for pre-game conversations on SEC Nation, aiming to complement ESPN’s journalists and on-air talent.</w:t>
      </w:r>
      <w:r/>
    </w:p>
    <w:p>
      <w:pPr>
        <w:pStyle w:val="ListNumber"/>
        <w:spacing w:line="240" w:lineRule="auto"/>
        <w:ind w:left="720"/>
      </w:pPr>
      <w:r/>
      <w:hyperlink r:id="rId13">
        <w:r>
          <w:rPr>
            <w:color w:val="0000EE"/>
            <w:u w:val="single"/>
          </w:rPr>
          <w:t>https://www.thewrap.com/espn-sec-nation-generative-ai-avatar-facts/</w:t>
        </w:r>
      </w:hyperlink>
      <w:r>
        <w:t xml:space="preserve"> - Details the technological framework of FACTS, including its use of NVIDIA Omniverse, Azure OpenAI, and ElevenLabs for text-to-speech.</w:t>
      </w:r>
      <w:r/>
    </w:p>
    <w:p>
      <w:pPr>
        <w:pStyle w:val="ListNumber"/>
        <w:spacing w:line="240" w:lineRule="auto"/>
        <w:ind w:left="720"/>
      </w:pPr>
      <w:r/>
      <w:hyperlink r:id="rId13">
        <w:r>
          <w:rPr>
            <w:color w:val="0000EE"/>
            <w:u w:val="single"/>
          </w:rPr>
          <w:t>https://www.thewrap.com/espn-sec-nation-generative-ai-avatar-facts/</w:t>
        </w:r>
      </w:hyperlink>
      <w:r>
        <w:t xml:space="preserve"> - Quotes Baron Miller on the vision behind FACTS, emphasizing its role in making ESPN Analytics data accessible and engaging for fans.</w:t>
      </w:r>
      <w:r/>
    </w:p>
    <w:p>
      <w:pPr>
        <w:pStyle w:val="ListNumber"/>
        <w:spacing w:line="240" w:lineRule="auto"/>
        <w:ind w:left="720"/>
      </w:pPr>
      <w:r/>
      <w:hyperlink r:id="rId10">
        <w:r>
          <w:rPr>
            <w:color w:val="0000EE"/>
            <w:u w:val="single"/>
          </w:rPr>
          <w:t>https://www.espnfrontrow.com/2024/11/generative-ai-avatar-facts-announced-at-4th-annual-espn-edge-conference/</w:t>
        </w:r>
      </w:hyperlink>
      <w:r>
        <w:t xml:space="preserve"> - Explains that FACTS is designed to test innovations and create new channels for accessing ESPN Analytics data without replacing human journalists and on-air talent.</w:t>
      </w:r>
      <w:r/>
    </w:p>
    <w:p>
      <w:pPr>
        <w:pStyle w:val="ListNumber"/>
        <w:spacing w:line="240" w:lineRule="auto"/>
        <w:ind w:left="720"/>
      </w:pPr>
      <w:r/>
      <w:hyperlink r:id="rId13">
        <w:r>
          <w:rPr>
            <w:color w:val="0000EE"/>
            <w:u w:val="single"/>
          </w:rPr>
          <w:t>https://www.thewrap.com/espn-sec-nation-generative-ai-avatar-facts/</w:t>
        </w:r>
      </w:hyperlink>
      <w:r>
        <w:t xml:space="preserve"> - Discusses the broader use of AI by ESPN, including creating match recaps and the network’s positive outlook on AI in sports journalism.</w:t>
      </w:r>
      <w:r/>
    </w:p>
    <w:p>
      <w:pPr>
        <w:pStyle w:val="ListNumber"/>
        <w:spacing w:line="240" w:lineRule="auto"/>
        <w:ind w:left="720"/>
      </w:pPr>
      <w:r/>
      <w:hyperlink r:id="rId12">
        <w:r>
          <w:rPr>
            <w:color w:val="0000EE"/>
            <w:u w:val="single"/>
          </w:rPr>
          <w:t>https://awfulannouncing.com/espn/ai-avatar-facts-testing-stage-sec-nation.html</w:t>
        </w:r>
      </w:hyperlink>
      <w:r>
        <w:t xml:space="preserve"> - Highlights the criticism of previous AI-generated match recaps and the ongoing testing phase of FACTS without a confirmed launch timeline.</w:t>
      </w:r>
      <w:r/>
    </w:p>
    <w:p>
      <w:pPr>
        <w:pStyle w:val="ListNumber"/>
        <w:spacing w:line="240" w:lineRule="auto"/>
        <w:ind w:left="720"/>
      </w:pPr>
      <w:r/>
      <w:hyperlink r:id="rId11">
        <w:r>
          <w:rPr>
            <w:color w:val="0000EE"/>
            <w:u w:val="single"/>
          </w:rPr>
          <w:t>https://www.bundle.app/en/technology/77dae7e2-b8d7-4c68-a37b-23eff7440fc5?l=1</w:t>
        </w:r>
      </w:hyperlink>
      <w:r>
        <w:t xml:space="preserve"> - Mentions SEC Nation as the ideal platform for debuting FACTS due to its popularity and the show’s focus on college football.</w:t>
      </w:r>
      <w:r/>
    </w:p>
    <w:p>
      <w:pPr>
        <w:pStyle w:val="ListNumber"/>
        <w:spacing w:line="240" w:lineRule="auto"/>
        <w:ind w:left="720"/>
      </w:pPr>
      <w:r/>
      <w:hyperlink r:id="rId13">
        <w:r>
          <w:rPr>
            <w:color w:val="0000EE"/>
            <w:u w:val="single"/>
          </w:rPr>
          <w:t>https://www.thewrap.com/espn-sec-nation-generative-ai-avatar-facts/</w:t>
        </w:r>
      </w:hyperlink>
      <w:r>
        <w:t xml:space="preserve"> - Details ESPN’s broader strategy of integrating AI into its programming, including plans for a direct-to-consumer platform and enhanced sports analytics features.</w:t>
      </w:r>
      <w:r/>
    </w:p>
    <w:p>
      <w:pPr>
        <w:pStyle w:val="ListNumber"/>
        <w:spacing w:line="240" w:lineRule="auto"/>
        <w:ind w:left="720"/>
      </w:pPr>
      <w:r/>
      <w:hyperlink r:id="rId14">
        <w:r>
          <w:rPr>
            <w:color w:val="0000EE"/>
            <w:u w:val="single"/>
          </w:rPr>
          <w:t>https://www.techopedia.com/news/espn-creates-virtual-sports-host-using-elevenlabs-ai-voice</w:t>
        </w:r>
      </w:hyperlink>
      <w:r>
        <w:t xml:space="preserve"> - Supports the use of ElevenLabs AI voice for FACTS and the overall goal of enhancing viewer engagement through sports analytics.</w:t>
      </w:r>
      <w:r/>
    </w:p>
    <w:p>
      <w:pPr>
        <w:pStyle w:val="ListNumber"/>
        <w:spacing w:line="240" w:lineRule="auto"/>
        <w:ind w:left="720"/>
      </w:pPr>
      <w:r/>
      <w:hyperlink r:id="rId15">
        <w:r>
          <w:rPr>
            <w:color w:val="0000EE"/>
            <w:u w:val="single"/>
          </w:rPr>
          <w:t>https://www.techradar.com/computing/artificial-intelligence/espn-testing-an-ai-avatar-to-add-analysis-and-opinion-to-sec-nation-college-football-show</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spnfrontrow.com/2024/11/generative-ai-avatar-facts-announced-at-4th-annual-espn-edge-conference/" TargetMode="External"/><Relationship Id="rId11" Type="http://schemas.openxmlformats.org/officeDocument/2006/relationships/hyperlink" Target="https://www.bundle.app/en/technology/77dae7e2-b8d7-4c68-a37b-23eff7440fc5?l=1" TargetMode="External"/><Relationship Id="rId12" Type="http://schemas.openxmlformats.org/officeDocument/2006/relationships/hyperlink" Target="https://awfulannouncing.com/espn/ai-avatar-facts-testing-stage-sec-nation.html" TargetMode="External"/><Relationship Id="rId13" Type="http://schemas.openxmlformats.org/officeDocument/2006/relationships/hyperlink" Target="https://www.thewrap.com/espn-sec-nation-generative-ai-avatar-facts/" TargetMode="External"/><Relationship Id="rId14" Type="http://schemas.openxmlformats.org/officeDocument/2006/relationships/hyperlink" Target="https://www.techopedia.com/news/espn-creates-virtual-sports-host-using-elevenlabs-ai-voice" TargetMode="External"/><Relationship Id="rId15" Type="http://schemas.openxmlformats.org/officeDocument/2006/relationships/hyperlink" Target="https://www.techradar.com/computing/artificial-intelligence/espn-testing-an-ai-avatar-to-add-analysis-and-opinion-to-sec-nation-college-football-sho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