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job market safely: the role of AI and data privacy considerations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advancements in Artificial Intelligence (AI) have significantly transformed the job search process, offering more personalised recommendations, enhanced resume drafting, and even automating parts of the application process. Yet, while these AI tools offer various benefits, protecting personal data remains a critical concern for job seekers.</w:t>
      </w:r>
      <w:r/>
    </w:p>
    <w:p>
      <w:r/>
      <w:r>
        <w:t>AI-powered tools have integrated into recruitment processes, addressing not only efficiency but also resolving issues around the security of sensitive information during job searches. Ensuring data privacy while utilising these AI tools is paramount, requiring users to select platforms that exhibit strong privacy policies and comply with current data protection laws such as the General Data Protection Regulation (GDPR) and the California Consumer Privacy Act (CCPA).</w:t>
      </w:r>
      <w:r/>
    </w:p>
    <w:p>
      <w:r/>
      <w:r>
        <w:t>When choosing AI tools for job searches, it's essential for users to assess how these platforms collect, store, use, and share their data. Questions around data anonymisation, retention periods, and sharing with third parties are crucial. Additionally, job seekers should be aware of certifications like SOC 2 and ISO 27001 as indicators of a platform's compliance with privacy regulations.</w:t>
      </w:r>
      <w:r/>
    </w:p>
    <w:p>
      <w:r/>
      <w:r>
        <w:t>A critical piece of advice for maintaining privacy is to share only essential information. Avoid disclosing highly sensitive details like personal identification numbers and financial information. Job seekers should also consider using a professional email address rather than a personal one to mitigate phishing risks.</w:t>
      </w:r>
      <w:r/>
    </w:p>
    <w:p>
      <w:r/>
      <w:r>
        <w:t>AI resume builders significantly streamline the creation of professional documents, but they also require the input of personal information. It's advisable to choose resume builders that adhere to privacy standards, resist retaining users' data or sharing it with third parties, and, if possible, deleting personal data post-application. Including only necessary details such as name, professional email, phone number, and LinkedIn profile is recommended to avoid unnecessary exposure of sensitive information.</w:t>
      </w:r>
      <w:r/>
    </w:p>
    <w:p>
      <w:r/>
      <w:r>
        <w:t>Advanced security measures like two-factor authentication, strong password protocols, and encrypted communications are vital to protect data during job searches. Moreover, ensuring secure internet connections and avoiding the use of public Wi-Fi without a VPN are recommended practices.</w:t>
      </w:r>
      <w:r/>
    </w:p>
    <w:p>
      <w:r/>
      <w:r>
        <w:t>AI chatbots, frequently used in the recruitment process, facilitate swift interactions and assessments of candidates, but job seekers must remain vigilant about not oversharing personal information. Clearing chat histories and reporting unusual requests for personal data can help mitigate risks associated with data breaches.</w:t>
      </w:r>
      <w:r/>
    </w:p>
    <w:p>
      <w:r/>
      <w:r>
        <w:t>Cookie banners, which are increasingly standard on websites, alert users to how their data is collected and used. Acceptance of cookies should be approached cautiously, particularly in terms of consent to data collection.</w:t>
      </w:r>
      <w:r/>
    </w:p>
    <w:p>
      <w:r/>
      <w:r>
        <w:t>Overall, AI tools present opportunities to advance job search efforts, yet the emphasis on data security cannot be understated. By adopting prudent practices such as using platforms with robust privacy safeguards, sharing minimal personal information, and employing advanced security features, job seekers can safely navigate the job market with AI tools, enhancing their search experience without compromising their data privacy.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https://www.usi.com/executive-insights/executive-series-articles/supplemental/property-casualty/q2-2023/using-ai-for-recruiting-and-hiring-what-are-the-risks-and-rewards/</w:t>
        </w:r>
      </w:hyperlink>
      <w:r>
        <w:t xml:space="preserve"> - Discusses the risks of AI in recruitment, including data privacy concerns, potential biases, and the importance of human oversight to ensure compliance with employment laws.</w:t>
      </w:r>
      <w:r/>
    </w:p>
    <w:p>
      <w:pPr>
        <w:pStyle w:val="ListNumber"/>
        <w:spacing w:line="240" w:lineRule="auto"/>
        <w:ind w:left="720"/>
      </w:pPr>
      <w:r/>
      <w:hyperlink r:id="rId11">
        <w:r>
          <w:rPr>
            <w:color w:val="0000EE"/>
            <w:u w:val="single"/>
          </w:rPr>
          <w:t>https://info.recruitics.com/blog/legal-and-ethical-risks-of-using-ai-in-hiring</w:t>
        </w:r>
      </w:hyperlink>
      <w:r>
        <w:t xml:space="preserve"> - Highlights legal and ethical risks associated with AI in hiring, such as data privacy violations, bias in AI tools, and the need for transparency and consent from candidates.</w:t>
      </w:r>
      <w:r/>
    </w:p>
    <w:p>
      <w:pPr>
        <w:pStyle w:val="ListNumber"/>
        <w:spacing w:line="240" w:lineRule="auto"/>
        <w:ind w:left="720"/>
      </w:pPr>
      <w:r/>
      <w:hyperlink r:id="rId12">
        <w:r>
          <w:rPr>
            <w:color w:val="0000EE"/>
            <w:u w:val="single"/>
          </w:rPr>
          <w:t>https://vidcruiter.com/interview/intelligence/ai-risk/</w:t>
        </w:r>
      </w:hyperlink>
      <w:r>
        <w:t xml:space="preserve"> - Addresses the risks of using AI in HR, including data privacy issues, potential biases, and the importance of obtaining consent for using facial recognition AI during video interviews.</w:t>
      </w:r>
      <w:r/>
    </w:p>
    <w:p>
      <w:pPr>
        <w:pStyle w:val="ListNumber"/>
        <w:spacing w:line="240" w:lineRule="auto"/>
        <w:ind w:left="720"/>
      </w:pPr>
      <w:r/>
      <w:hyperlink r:id="rId13">
        <w:r>
          <w:rPr>
            <w:color w:val="0000EE"/>
            <w:u w:val="single"/>
          </w:rPr>
          <w:t>https://www.kornferry.com/insights/featured-topics/gen-ai-in-the-workplace/ai-recruitment-tools-the-pros-and-cons</w:t>
        </w:r>
      </w:hyperlink>
      <w:r>
        <w:t xml:space="preserve"> - Discusses the pros and cons of AI recruitment tools, including the risk of missing ideal candidates, the need for human intervention to avoid bias, and the importance of careful handling of AI tools.</w:t>
      </w:r>
      <w:r/>
    </w:p>
    <w:p>
      <w:pPr>
        <w:pStyle w:val="ListNumber"/>
        <w:spacing w:line="240" w:lineRule="auto"/>
        <w:ind w:left="720"/>
      </w:pPr>
      <w:r/>
      <w:hyperlink r:id="rId14">
        <w:r>
          <w:rPr>
            <w:color w:val="0000EE"/>
            <w:u w:val="single"/>
          </w:rPr>
          <w:t>https://www.helioshr.com/blog/ai-in-recruiting-pros-vs.-cons-of-hiring-with-artificial-intelligence</w:t>
        </w:r>
      </w:hyperlink>
      <w:r>
        <w:t xml:space="preserve"> - Outlines the pros and cons of using AI in recruiting, including the risk of bias, the importance of human oversight, and compliance with privacy regulations.</w:t>
      </w:r>
      <w:r/>
    </w:p>
    <w:p>
      <w:pPr>
        <w:pStyle w:val="ListNumber"/>
        <w:spacing w:line="240" w:lineRule="auto"/>
        <w:ind w:left="720"/>
      </w:pPr>
      <w:r/>
      <w:hyperlink r:id="rId10">
        <w:r>
          <w:rPr>
            <w:color w:val="0000EE"/>
            <w:u w:val="single"/>
          </w:rPr>
          <w:t>https://www.usi.com/executive-insights/executive-series-articles/supplemental/property-casualty/q2-2023/using-ai-for-recruiting-and-hiring-what-are-the-risks-and-rewards/</w:t>
        </w:r>
      </w:hyperlink>
      <w:r>
        <w:t xml:space="preserve"> - Emphasizes the need for transparency about the use of AI in the hiring process and protecting candidate privacy to avoid legal liabilities.</w:t>
      </w:r>
      <w:r/>
    </w:p>
    <w:p>
      <w:pPr>
        <w:pStyle w:val="ListNumber"/>
        <w:spacing w:line="240" w:lineRule="auto"/>
        <w:ind w:left="720"/>
      </w:pPr>
      <w:r/>
      <w:hyperlink r:id="rId11">
        <w:r>
          <w:rPr>
            <w:color w:val="0000EE"/>
            <w:u w:val="single"/>
          </w:rPr>
          <w:t>https://info.recruitics.com/blog/legal-and-ethical-risks-of-using-ai-in-hiring</w:t>
        </w:r>
      </w:hyperlink>
      <w:r>
        <w:t xml:space="preserve"> - Warns about the improper collection and use of candidate data, such as scraping information from social media profiles, and the potential for lawsuits and reputational damage.</w:t>
      </w:r>
      <w:r/>
    </w:p>
    <w:p>
      <w:pPr>
        <w:pStyle w:val="ListNumber"/>
        <w:spacing w:line="240" w:lineRule="auto"/>
        <w:ind w:left="720"/>
      </w:pPr>
      <w:r/>
      <w:hyperlink r:id="rId12">
        <w:r>
          <w:rPr>
            <w:color w:val="0000EE"/>
            <w:u w:val="single"/>
          </w:rPr>
          <w:t>https://vidcruiter.com/interview/intelligence/ai-risk/</w:t>
        </w:r>
      </w:hyperlink>
      <w:r>
        <w:t xml:space="preserve"> - Highlights the importance of job analysis to ensure AI decisions are job-relevant and the risk of automation bias when relying solely on AI-generated decisions.</w:t>
      </w:r>
      <w:r/>
    </w:p>
    <w:p>
      <w:pPr>
        <w:pStyle w:val="ListNumber"/>
        <w:spacing w:line="240" w:lineRule="auto"/>
        <w:ind w:left="720"/>
      </w:pPr>
      <w:r/>
      <w:hyperlink r:id="rId13">
        <w:r>
          <w:rPr>
            <w:color w:val="0000EE"/>
            <w:u w:val="single"/>
          </w:rPr>
          <w:t>https://www.kornferry.com/insights/featured-topics/gen-ai-in-the-workplace/ai-recruitment-tools-the-pros-and-cons</w:t>
        </w:r>
      </w:hyperlink>
      <w:r>
        <w:t xml:space="preserve"> - Discusses the need for careful handling of AI tools to avoid overlooking diverse candidates and the importance of human intervention in the recruitment process.</w:t>
      </w:r>
      <w:r/>
    </w:p>
    <w:p>
      <w:pPr>
        <w:pStyle w:val="ListNumber"/>
        <w:spacing w:line="240" w:lineRule="auto"/>
        <w:ind w:left="720"/>
      </w:pPr>
      <w:r/>
      <w:hyperlink r:id="rId14">
        <w:r>
          <w:rPr>
            <w:color w:val="0000EE"/>
            <w:u w:val="single"/>
          </w:rPr>
          <w:t>https://www.helioshr.com/blog/ai-in-recruiting-pros-vs.-cons-of-hiring-with-artificial-intelligence</w:t>
        </w:r>
      </w:hyperlink>
      <w:r>
        <w:t xml:space="preserve"> - Provides examples of AI errors, such as 'hallucinations,' and the necessity of human oversight to prevent bias and ensure fairness in the hiring process.</w:t>
      </w:r>
      <w:r/>
    </w:p>
    <w:p>
      <w:pPr>
        <w:pStyle w:val="ListNumber"/>
        <w:spacing w:line="240" w:lineRule="auto"/>
        <w:ind w:left="720"/>
      </w:pPr>
      <w:r/>
      <w:hyperlink r:id="rId11">
        <w:r>
          <w:rPr>
            <w:color w:val="0000EE"/>
            <w:u w:val="single"/>
          </w:rPr>
          <w:t>https://info.recruitics.com/blog/legal-and-ethical-risks-of-using-ai-in-hiring</w:t>
        </w:r>
      </w:hyperlink>
      <w:r>
        <w:t xml:space="preserve"> - Mentions the importance of transparency and candidate consent, particularly in jurisdictions with specific laws requiring consent for AI-powered facial recognition technology.</w:t>
      </w:r>
      <w:r/>
    </w:p>
    <w:p>
      <w:pPr>
        <w:pStyle w:val="ListNumber"/>
        <w:spacing w:line="240" w:lineRule="auto"/>
        <w:ind w:left="720"/>
      </w:pPr>
      <w:r/>
      <w:hyperlink r:id="rId15">
        <w:r>
          <w:rPr>
            <w:color w:val="0000EE"/>
            <w:u w:val="single"/>
          </w:rPr>
          <w:t>https://roboticsandautomationnews.com/2024/11/18/using-ai-tools-for-job-search-without-compromising-data-privacy/87015/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si.com/executive-insights/executive-series-articles/supplemental/property-casualty/q2-2023/using-ai-for-recruiting-and-hiring-what-are-the-risks-and-rewards/" TargetMode="External"/><Relationship Id="rId11" Type="http://schemas.openxmlformats.org/officeDocument/2006/relationships/hyperlink" Target="https://info.recruitics.com/blog/legal-and-ethical-risks-of-using-ai-in-hiring" TargetMode="External"/><Relationship Id="rId12" Type="http://schemas.openxmlformats.org/officeDocument/2006/relationships/hyperlink" Target="https://vidcruiter.com/interview/intelligence/ai-risk/" TargetMode="External"/><Relationship Id="rId13" Type="http://schemas.openxmlformats.org/officeDocument/2006/relationships/hyperlink" Target="https://www.kornferry.com/insights/featured-topics/gen-ai-in-the-workplace/ai-recruitment-tools-the-pros-and-cons" TargetMode="External"/><Relationship Id="rId14" Type="http://schemas.openxmlformats.org/officeDocument/2006/relationships/hyperlink" Target="https://www.helioshr.com/blog/ai-in-recruiting-pros-vs.-cons-of-hiring-with-artificial-intelligence" TargetMode="External"/><Relationship Id="rId15" Type="http://schemas.openxmlformats.org/officeDocument/2006/relationships/hyperlink" Target="https://roboticsandautomationnews.com/2024/11/18/using-ai-tools-for-job-search-without-compromising-data-privacy/870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