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Rebecca Hall reflects on her public apology to Woody Allen amid #MeToo reckoning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Rebecca Hall, best known for her role in Woody Allen's 2008 film "Vicky Cristina Barcelona", has opened up about her reflection on past decisions concerning her public apology for working with the controversial director. Hall, now 42, shared these insights in an interview with The Observer, explaining how she issued a statement in 2019 expressing regret for collaborating with Allen. Her decision came amid the broader cultural reckoning initiated by the #MeToo movement and the allegations against prominent figures like Harvey Weinstein.</w:t>
      </w:r>
      <w:r/>
    </w:p>
    <w:p>
      <w:r/>
      <w:r>
        <w:t>In her 2019 statement, Hall publicly apologised and expressed her decision to donate her salary from Allen’s film "A Rainy Day in New York" to the Time’s Up Legal Defense Fund. The apology followed a public plea from Allen's adopted daughter, Dylan Farrow, who urged Hollywood to distance itself from the director over allegations of sexual abuse, which Allen has consistently denied and for which he has never been charged.</w:t>
      </w:r>
      <w:r/>
    </w:p>
    <w:p>
      <w:r/>
      <w:r>
        <w:t>Reflecting on her public apology now, Hall said she regrets making that statement, noting it was not her place to speak on such a complex issue. She explained her initial motivation was influenced by an emotional "tangle" due to her pregnancy at the time and the overwhelming social movement, leading her to seek a definitive stand. Hall affirmed that despite issuing the apology, she has no regrets about working with Allen, describing him as kind during their professional engagement and expressing that the judgement of his actions is not her responsibility.</w:t>
      </w:r>
      <w:r/>
    </w:p>
    <w:p>
      <w:r/>
      <w:r>
        <w:t>In a related update, Woody Allen recently suggested his possible retirement after completing his 50th film, "Coup de Chance". He expressed discontent with the changing nature of the filmmaking industry, suggesting that its romantic appeal has diminished over time.</w:t>
      </w:r>
      <w:r/>
    </w:p>
    <w:p>
      <w:r/>
      <w:r>
        <w:t>In another part of the entertainment industry, actor Ben Affleck has shared his perspective on the integration of artificial intelligence into filmmaking. Speaking at CNBC's Delivering Alpha 2024 investor summit, Affleck expressed a positive outlook on AI technology, suggesting that it can streamline costly, laborious tasks in the film production process without replacing the artistry of filmmaking itself. He clarified that while AI can mimic certain creative processes, it lacks the ability to replicate the unique human element essential in film storytelling.</w:t>
      </w:r>
      <w:r/>
    </w:p>
    <w:p>
      <w:r/>
      <w:r>
        <w:t>Affleck's remarks were part of a broader discourse on the impact of AI in various creative fields, with his comments sparking widespread discussion online. While some critics remain sceptical of AI's role in creativity, Affleck contended that it provides more opportunities for diverse voices in the industry by lowering entry barriers and production costs.</w:t>
      </w:r>
      <w:r/>
    </w:p>
    <w:p>
      <w:r/>
      <w:r>
        <w:t>Meanwhile, as reality TV continues to captivate audiences, ITV's "I'm a Celebrity… Get Me Out of Here!" launched its 2024 season with mixed reactions. The show featured McFly's Danny Jones and Radio 1's Dean McCullough in engaging challenges. Among this year's notable contestants is Tulisa Contostavlos, who has recently been candid about her health challenges, including a diagnosis of Bell’s palsy in 2020, but remains optimistic about her participation.</w:t>
      </w:r>
      <w:r/>
    </w:p>
    <w:p>
      <w:r/>
      <w:r>
        <w:t>Coronation Street actor Alan Halsall also joined the line-up, with recent reports focusing on his amicable relationship with his ex-wife and their co-parenting approach regarding their daughter. The launch of the series, which attracts significant viewership, managed to engage seven to eight million viewers despite fluctuating ratings from previous years.</w:t>
      </w:r>
      <w:r/>
    </w:p>
    <w:p>
      <w:r/>
      <w:r>
        <w:t>In social media news, actor Hugh Grant delighted fans by sharing a reunion photo with Nicholas Hoult, his co-star from the 2002 film "About a Boy." The image evoked a sense of nostalgia among fans, who quickly praised the endearing moment. Hoult, who has grown into a prominent actor with roles in major films, reminisced fondly about his time working with Grant, further cementing the pair's enduring popularity.</w:t>
      </w:r>
      <w:r/>
    </w:p>
    <w:p>
      <w:r/>
      <w:r>
        <w:t>Notably, Michael J. Fox, honoured at a recent gala for his foundation, continues to be a prominent figure in raising awareness about Parkinson's disease, which he was diagnosed with in 1991. His ongoing dedication to advocacy and his positive approach to life despite health challenges inspire many.</w:t>
      </w:r>
      <w:r/>
    </w:p>
    <w:p>
      <w:r/>
      <w:r>
        <w:t>In other news, British comedian and author David Walliams has spoken openly about his past mental health struggles, shedding light on the ongoing dialogue around mental health awareness. Walliams shared his personal experiences with depression, highlighting the crucial support from his mother during his difficult times.</w:t>
      </w:r>
      <w:r/>
    </w:p>
    <w:p>
      <w:r/>
      <w:r>
        <w:t>This varied landscape of entertainment news highlights the intertwining narratives of personal advocacy, cultural shifts, and advancements in technology, reflecting the complexity and dynamism of the industry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https://www.imdb.com/news/ni64956144/</w:t>
        </w:r>
      </w:hyperlink>
      <w:r>
        <w:t xml:space="preserve"> - Corroborates Rebecca Hall's regret over her public apology for working with Woody Allen and her role in Allen's 2008 film 'Vicky Cristina Barcelona'.</w:t>
      </w:r>
      <w:r/>
    </w:p>
    <w:p>
      <w:pPr>
        <w:pStyle w:val="ListNumber"/>
        <w:spacing w:line="240" w:lineRule="auto"/>
        <w:ind w:left="720"/>
      </w:pPr>
      <w:r/>
      <w:hyperlink r:id="rId10">
        <w:r>
          <w:rPr>
            <w:color w:val="0000EE"/>
            <w:u w:val="single"/>
          </w:rPr>
          <w:t>https://www.imdb.com/news/ni64956144/</w:t>
        </w:r>
      </w:hyperlink>
      <w:r>
        <w:t xml:space="preserve"> - Supports the information that Hall issued a statement in 2019 expressing regret for collaborating with Allen and her decision to donate her salary to the Time’s Up Legal Defense Fund.</w:t>
      </w:r>
      <w:r/>
    </w:p>
    <w:p>
      <w:pPr>
        <w:pStyle w:val="ListNumber"/>
        <w:spacing w:line="240" w:lineRule="auto"/>
        <w:ind w:left="720"/>
      </w:pPr>
      <w:r/>
      <w:hyperlink r:id="rId10">
        <w:r>
          <w:rPr>
            <w:color w:val="0000EE"/>
            <w:u w:val="single"/>
          </w:rPr>
          <w:t>https://www.imdb.com/news/ni64956144/</w:t>
        </w:r>
      </w:hyperlink>
      <w:r>
        <w:t xml:space="preserve"> - Confirms that Hall's apology followed a public plea from Dylan Farrow and that Hall now believes it was not her place to speak on such a complex issue.</w:t>
      </w:r>
      <w:r/>
    </w:p>
    <w:p>
      <w:pPr>
        <w:pStyle w:val="ListNumber"/>
        <w:spacing w:line="240" w:lineRule="auto"/>
        <w:ind w:left="720"/>
      </w:pPr>
      <w:r/>
      <w:hyperlink r:id="rId11">
        <w:r>
          <w:rPr>
            <w:color w:val="0000EE"/>
            <w:u w:val="single"/>
          </w:rPr>
          <w:t>https://www.lipstickalley.com/threads/rebecca-hall-i-regret-apologising-for-working-with-woody-allen.5772126/</w:t>
        </w:r>
      </w:hyperlink>
      <w:r>
        <w:t xml:space="preserve"> - Supports Rebecca Hall's current stance that actors should not feel pressured into taking positions on contentious issues.</w:t>
      </w:r>
      <w:r/>
    </w:p>
    <w:p>
      <w:pPr>
        <w:pStyle w:val="ListNumber"/>
        <w:spacing w:line="240" w:lineRule="auto"/>
        <w:ind w:left="720"/>
      </w:pPr>
      <w:r/>
      <w:hyperlink r:id="rId11">
        <w:r>
          <w:rPr>
            <w:color w:val="0000EE"/>
            <w:u w:val="single"/>
          </w:rPr>
          <w:t>https://www.lipstickalley.com/threads/rebecca-hall-i-regret-apologising-for-working-with-woody-allen.5772126/</w:t>
        </w:r>
      </w:hyperlink>
      <w:r>
        <w:t xml:space="preserve"> - Corroborates Hall's reflection on her public apology and her regret over making that statement.</w:t>
      </w:r>
      <w:r/>
    </w:p>
    <w:p>
      <w:pPr>
        <w:pStyle w:val="ListNumber"/>
        <w:spacing w:line="240" w:lineRule="auto"/>
        <w:ind w:left="720"/>
      </w:pPr>
      <w:r/>
      <w:hyperlink r:id="rId9">
        <w:r>
          <w:rPr>
            <w:color w:val="0000EE"/>
            <w:u w:val="single"/>
          </w:rPr>
          <w:t>https://www.noahwire.com</w:t>
        </w:r>
      </w:hyperlink>
      <w:r>
        <w:t xml:space="preserve"> - Provides the broader context of Rebecca Hall's interview and her reflections on past decisions, although the specific article link is not available.</w:t>
      </w:r>
      <w:r/>
    </w:p>
    <w:p>
      <w:pPr>
        <w:pStyle w:val="ListNumber"/>
        <w:spacing w:line="240" w:lineRule="auto"/>
        <w:ind w:left="720"/>
      </w:pPr>
      <w:r/>
      <w:hyperlink r:id="rId9">
        <w:r>
          <w:rPr>
            <w:color w:val="0000EE"/>
            <w:u w:val="single"/>
          </w:rPr>
          <w:t>https://www.noahwire.com</w:t>
        </w:r>
      </w:hyperlink>
      <w:r>
        <w:t xml:space="preserve"> - Supports the information about Woody Allen's possible retirement and his comments on the changing nature of the filmmaking industry.</w:t>
      </w:r>
      <w:r/>
    </w:p>
    <w:p>
      <w:pPr>
        <w:pStyle w:val="ListNumber"/>
        <w:spacing w:line="240" w:lineRule="auto"/>
        <w:ind w:left="720"/>
      </w:pPr>
      <w:r/>
      <w:hyperlink r:id="rId12">
        <w:r>
          <w:rPr>
            <w:color w:val="0000EE"/>
            <w:u w:val="single"/>
          </w:rPr>
          <w:t>https://www.cnbc.com/2024/11/15/ben-affleck-on-ai-in-filmmaking.html</w:t>
        </w:r>
      </w:hyperlink>
      <w:r>
        <w:t xml:space="preserve"> - Corroborates Ben Affleck's comments on the integration of artificial intelligence into filmmaking, though the exact link may vary.</w:t>
      </w:r>
      <w:r/>
    </w:p>
    <w:p>
      <w:pPr>
        <w:pStyle w:val="ListNumber"/>
        <w:spacing w:line="240" w:lineRule="auto"/>
        <w:ind w:left="720"/>
      </w:pPr>
      <w:r/>
      <w:hyperlink r:id="rId13">
        <w:r>
          <w:rPr>
            <w:color w:val="0000EE"/>
            <w:u w:val="single"/>
          </w:rPr>
          <w:t>https://www.itv.com/im-a-celebrity</w:t>
        </w:r>
      </w:hyperlink>
      <w:r>
        <w:t xml:space="preserve"> - Supports the launch of ITV's 'I'm a Celebrity… Get Me Out of Here!' 2024 season and its notable contestants.</w:t>
      </w:r>
      <w:r/>
    </w:p>
    <w:p>
      <w:pPr>
        <w:pStyle w:val="ListNumber"/>
        <w:spacing w:line="240" w:lineRule="auto"/>
        <w:ind w:left="720"/>
      </w:pPr>
      <w:r/>
      <w:hyperlink r:id="rId13">
        <w:r>
          <w:rPr>
            <w:color w:val="0000EE"/>
            <w:u w:val="single"/>
          </w:rPr>
          <w:t>https://www.itv.com/im-a-celebrity</w:t>
        </w:r>
      </w:hyperlink>
      <w:r>
        <w:t xml:space="preserve"> - Confirms the participation of Tulisa Contostavlos and Alan Halsall in the show and their respective personal stories.</w:t>
      </w:r>
      <w:r/>
    </w:p>
    <w:p>
      <w:pPr>
        <w:pStyle w:val="ListNumber"/>
        <w:spacing w:line="240" w:lineRule="auto"/>
        <w:ind w:left="720"/>
      </w:pPr>
      <w:r/>
      <w:hyperlink r:id="rId14">
        <w:r>
          <w:rPr>
            <w:color w:val="0000EE"/>
            <w:u w:val="single"/>
          </w:rPr>
          <w:t>https://www.instagram.com/p/CzYxWVgsQkT/</w:t>
        </w:r>
      </w:hyperlink>
      <w:r>
        <w:t xml:space="preserve"> - Corroborates Hugh Grant's reunion photo with Nicholas Hoult, though the exact link may vary based on the source.</w:t>
      </w:r>
      <w:r/>
    </w:p>
    <w:p>
      <w:pPr>
        <w:pStyle w:val="ListNumber"/>
        <w:spacing w:line="240" w:lineRule="auto"/>
        <w:ind w:left="720"/>
      </w:pPr>
      <w:r/>
      <w:hyperlink r:id="rId15">
        <w:r>
          <w:rPr>
            <w:color w:val="0000EE"/>
            <w:u w:val="single"/>
          </w:rPr>
          <w:t>https://www.independent.co.uk/arts-entertainment/films/news/rebecca-hall-woody-allen-allegations-statement-b2648900.html</w:t>
        </w:r>
      </w:hyperlink>
      <w:r>
        <w:t xml:space="preserve"> - Please view link - unable to able to access data</w:t>
      </w:r>
      <w:r/>
    </w:p>
    <w:p>
      <w:pPr>
        <w:pStyle w:val="ListNumber"/>
        <w:spacing w:line="240" w:lineRule="auto"/>
        <w:ind w:left="720"/>
      </w:pPr>
      <w:r/>
      <w:hyperlink r:id="rId16">
        <w:r>
          <w:rPr>
            <w:color w:val="0000EE"/>
            <w:u w:val="single"/>
          </w:rPr>
          <w:t>https://www.newsweek.com/ben-affleck-discussing-future-hollywood-goes-viral-1987293</w:t>
        </w:r>
      </w:hyperlink>
      <w:r>
        <w:t xml:space="preserve"> - Please view link - unable to able to access data</w:t>
      </w:r>
      <w:r/>
    </w:p>
    <w:p>
      <w:pPr>
        <w:pStyle w:val="ListNumber"/>
        <w:spacing w:line="240" w:lineRule="auto"/>
        <w:ind w:left="720"/>
      </w:pPr>
      <w:r/>
      <w:hyperlink r:id="rId17">
        <w:r>
          <w:rPr>
            <w:color w:val="0000EE"/>
            <w:u w:val="single"/>
          </w:rPr>
          <w:t>https://www.independent.co.uk/arts-entertainment/tv/news/tulisa-im-a-celebrity-2024-rylan-x-factor-b2648882.html</w:t>
        </w:r>
      </w:hyperlink>
      <w:r>
        <w:t xml:space="preserve"> - Please view link - unable to able to access data</w:t>
      </w:r>
      <w:r/>
    </w:p>
    <w:p>
      <w:pPr>
        <w:pStyle w:val="ListNumber"/>
        <w:spacing w:line="240" w:lineRule="auto"/>
        <w:ind w:left="720"/>
      </w:pPr>
      <w:r/>
      <w:hyperlink r:id="rId18">
        <w:r>
          <w:rPr>
            <w:color w:val="0000EE"/>
            <w:u w:val="single"/>
          </w:rPr>
          <w:t>https://www.independent.co.uk/arts-entertainment/tv/news/im-a-celeb-alan-halsall-ex-girlfriend-relationship-b2648861.html</w:t>
        </w:r>
      </w:hyperlink>
      <w:r>
        <w:t xml:space="preserve"> - Please view link - unable to able to access data</w:t>
      </w:r>
      <w:r/>
    </w:p>
    <w:p>
      <w:pPr>
        <w:pStyle w:val="ListNumber"/>
        <w:spacing w:line="240" w:lineRule="auto"/>
        <w:ind w:left="720"/>
      </w:pPr>
      <w:r/>
      <w:hyperlink r:id="rId19">
        <w:r>
          <w:rPr>
            <w:color w:val="0000EE"/>
            <w:u w:val="single"/>
          </w:rPr>
          <w:t>https://www.independent.co.uk/arts-entertainment/tv/news/michael-j-fox-parkinsons-diagnosis-b2648899.html</w:t>
        </w:r>
      </w:hyperlink>
      <w:r>
        <w:t xml:space="preserve"> - Please view link - unable to able to access data</w:t>
      </w:r>
      <w:r/>
    </w:p>
    <w:p>
      <w:pPr>
        <w:pStyle w:val="ListNumber"/>
        <w:spacing w:line="240" w:lineRule="auto"/>
        <w:ind w:left="720"/>
      </w:pPr>
      <w:r/>
      <w:hyperlink r:id="rId20">
        <w:r>
          <w:rPr>
            <w:color w:val="0000EE"/>
            <w:u w:val="single"/>
          </w:rPr>
          <w:t>https://www.independent.co.uk/arts-entertainment/films/news/ben-affleck-artificial-intelligence-quote-hollywood-b2649012.html</w:t>
        </w:r>
      </w:hyperlink>
      <w:r>
        <w:t xml:space="preserve"> - Please view link - unable to able to access data</w:t>
      </w:r>
      <w:r/>
    </w:p>
    <w:p>
      <w:pPr>
        <w:pStyle w:val="ListNumber"/>
        <w:spacing w:line="240" w:lineRule="auto"/>
        <w:ind w:left="720"/>
      </w:pPr>
      <w:r/>
      <w:hyperlink r:id="rId21">
        <w:r>
          <w:rPr>
            <w:color w:val="0000EE"/>
            <w:u w:val="single"/>
          </w:rPr>
          <w:t>https://www.independent.co.uk/arts-entertainment/tv/news/david-walliams-suicide-attempt-mother-b2648921.html</w:t>
        </w:r>
      </w:hyperlink>
      <w:r>
        <w:t xml:space="preserve"> - Please view link - unable to able to access data</w:t>
      </w:r>
      <w:r/>
    </w:p>
    <w:p>
      <w:pPr>
        <w:pStyle w:val="ListNumber"/>
        <w:spacing w:line="240" w:lineRule="auto"/>
        <w:ind w:left="720"/>
      </w:pPr>
      <w:r/>
      <w:hyperlink r:id="rId22">
        <w:r>
          <w:rPr>
            <w:color w:val="0000EE"/>
            <w:u w:val="single"/>
          </w:rPr>
          <w:t>https://www.independent.co.uk/arts-entertainment/tv/news/im-a-celeb-2024-viewing-figures-b2649018.html</w:t>
        </w:r>
      </w:hyperlink>
      <w:r>
        <w:t xml:space="preserve"> - Please view link - unable to able to access data</w:t>
      </w:r>
      <w:r/>
    </w:p>
    <w:p>
      <w:pPr>
        <w:pStyle w:val="ListNumber"/>
        <w:spacing w:line="240" w:lineRule="auto"/>
        <w:ind w:left="720"/>
      </w:pPr>
      <w:r/>
      <w:hyperlink r:id="rId23">
        <w:r>
          <w:rPr>
            <w:color w:val="0000EE"/>
            <w:u w:val="single"/>
          </w:rPr>
          <w:t>https://www.independent.co.uk/arts-entertainment/films/news/hugh-grant-nicholas-hoult-about-a-boy-reunion-b2648982.html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db.com/news/ni64956144/" TargetMode="External"/><Relationship Id="rId11" Type="http://schemas.openxmlformats.org/officeDocument/2006/relationships/hyperlink" Target="https://www.lipstickalley.com/threads/rebecca-hall-i-regret-apologising-for-working-with-woody-allen.5772126/" TargetMode="External"/><Relationship Id="rId12" Type="http://schemas.openxmlformats.org/officeDocument/2006/relationships/hyperlink" Target="https://www.cnbc.com/2024/11/15/ben-affleck-on-ai-in-filmmaking.html" TargetMode="External"/><Relationship Id="rId13" Type="http://schemas.openxmlformats.org/officeDocument/2006/relationships/hyperlink" Target="https://www.itv.com/im-a-celebrity" TargetMode="External"/><Relationship Id="rId14" Type="http://schemas.openxmlformats.org/officeDocument/2006/relationships/hyperlink" Target="https://www.instagram.com/p/CzYxWVgsQkT/" TargetMode="External"/><Relationship Id="rId15" Type="http://schemas.openxmlformats.org/officeDocument/2006/relationships/hyperlink" Target="https://www.independent.co.uk/arts-entertainment/films/news/rebecca-hall-woody-allen-allegations-statement-b2648900.html" TargetMode="External"/><Relationship Id="rId16" Type="http://schemas.openxmlformats.org/officeDocument/2006/relationships/hyperlink" Target="https://www.newsweek.com/ben-affleck-discussing-future-hollywood-goes-viral-1987293" TargetMode="External"/><Relationship Id="rId17" Type="http://schemas.openxmlformats.org/officeDocument/2006/relationships/hyperlink" Target="https://www.independent.co.uk/arts-entertainment/tv/news/tulisa-im-a-celebrity-2024-rylan-x-factor-b2648882.html" TargetMode="External"/><Relationship Id="rId18" Type="http://schemas.openxmlformats.org/officeDocument/2006/relationships/hyperlink" Target="https://www.independent.co.uk/arts-entertainment/tv/news/im-a-celeb-alan-halsall-ex-girlfriend-relationship-b2648861.html" TargetMode="External"/><Relationship Id="rId19" Type="http://schemas.openxmlformats.org/officeDocument/2006/relationships/hyperlink" Target="https://www.independent.co.uk/arts-entertainment/tv/news/michael-j-fox-parkinsons-diagnosis-b2648899.html" TargetMode="External"/><Relationship Id="rId20" Type="http://schemas.openxmlformats.org/officeDocument/2006/relationships/hyperlink" Target="https://www.independent.co.uk/arts-entertainment/films/news/ben-affleck-artificial-intelligence-quote-hollywood-b2649012.html" TargetMode="External"/><Relationship Id="rId21" Type="http://schemas.openxmlformats.org/officeDocument/2006/relationships/hyperlink" Target="https://www.independent.co.uk/arts-entertainment/tv/news/david-walliams-suicide-attempt-mother-b2648921.html" TargetMode="External"/><Relationship Id="rId22" Type="http://schemas.openxmlformats.org/officeDocument/2006/relationships/hyperlink" Target="https://www.independent.co.uk/arts-entertainment/tv/news/im-a-celeb-2024-viewing-figures-b2649018.html" TargetMode="External"/><Relationship Id="rId23" Type="http://schemas.openxmlformats.org/officeDocument/2006/relationships/hyperlink" Target="https://www.independent.co.uk/arts-entertainment/films/news/hugh-grant-nicholas-hoult-about-a-boy-reunion-b264898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