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Salesforce CEO praises Google's revolutionary AI voice assistant, Gemini Live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Salesforce CEO Praises Google's Revolutionary AI Voice Assistant, Gemini Live</w:t>
      </w:r>
      <w:r/>
    </w:p>
    <w:p>
      <w:r/>
      <w:r>
        <w:t>In a recent online endorsement, Marc Benioff, CEO of Salesforce.com Inc., expressed high praise for Alphabet Inc's innovative AI voice assistant, Gemini Live. Through a post on the social media platform X, Benioff lauded the AI tool’s capabilities, particularly highlighting its zero latency in responding to commands as a significant step forward in consumer AI technology.</w:t>
      </w:r>
      <w:r/>
    </w:p>
    <w:p>
      <w:r/>
      <w:r>
        <w:t>Benioff's post, dated 17th November 2024, commended Google's CEO, Sundar Pichai, for his role in this groundbreaking development. He described the experience of using Gemini Live as "absolutely blown away," suggesting that the technology represents the "future of consumer AI," and urged others to try the app.</w:t>
      </w:r>
      <w:r/>
    </w:p>
    <w:p>
      <w:r/>
      <w:r>
        <w:t>This commendation from Benioff comes against the backdrop of his ongoing critique of Microsoft’s AI assistant, Copilot, which he previously found to be underwhelming. In contrast, his acknowledgment of Gemini Live signals a preference for Google’s advancements in the field of AI technologies.</w:t>
      </w:r>
      <w:r/>
    </w:p>
    <w:p>
      <w:r/>
      <w:r>
        <w:t>Google's Gemini Live app, which is now available on Apple's App Store, allows users to engage seamlessly with an AI chatbot using natural language. This move by Google into offering a free virtual assistant app is indicative of the intense competition among tech companies to carve out leading positions in AI.</w:t>
      </w:r>
      <w:r/>
    </w:p>
    <w:p>
      <w:r/>
      <w:r>
        <w:t>This endorsement by such a high-profile tech leader as Benioff could influence the momentum in the competitive AI landscape. With companies racing to develop more advanced AI solutions, recognition from industry leaders can provide a substantial boost to a product’s market credibility.</w:t>
      </w:r>
      <w:r/>
    </w:p>
    <w:p>
      <w:r/>
      <w:r>
        <w:t>In a broader context, the AI race continues to heat up, with major players including Microsoft, Nvidia, and OpenAI making aggressive moves. Recently, Nvidia’s Blackwell Chips faced overheating challenges impacting operations with tech giants like Meta and Elon Musk’s venture, xAI.</w:t>
      </w:r>
      <w:r/>
    </w:p>
    <w:p>
      <w:r/>
      <w:r>
        <w:t>Contributing to the rapidly evolving conversation around AI, OpenAI plans to roll out a new AI agent named “Operator” in January, further increasing the stakes in this technological arms race.</w:t>
      </w:r>
      <w:r/>
    </w:p>
    <w:p>
      <w:r/>
      <w:r>
        <w:t>In another significant statement within the AI sphere, Elon Musk predicted on Sunday that AI would eventually outperform roles traditionally held by humans, such as doctors and lawyers. This assertion follows a study where OpenAI's ChatGPT-4 excelled in diagnosing medical conditions, reinforcing the narrative of AI’s growing prowess across more specialised sectors.</w:t>
      </w:r>
      <w:r/>
    </w:p>
    <w:p>
      <w:r/>
      <w:r>
        <w:t>These developments collectively illustrate the swift advancement and potential for AI to redefine industries, with major tech companies jockeying for dominance in this high-stakes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https://ground.news/article/google-gemini-gets-marc-benioffs-stamp-of-approval</w:t>
        </w:r>
      </w:hyperlink>
      <w:r>
        <w:t xml:space="preserve"> - Marc Benioff's endorsement of Google's Gemini Live, highlighting its zero latency and labeling it the 'future of consumer AI'.</w:t>
      </w:r>
      <w:r/>
    </w:p>
    <w:p>
      <w:pPr>
        <w:pStyle w:val="ListNumber"/>
        <w:spacing w:line="240" w:lineRule="auto"/>
        <w:ind w:left="720"/>
      </w:pPr>
      <w:r/>
      <w:hyperlink r:id="rId11">
        <w:r>
          <w:rPr>
            <w:color w:val="0000EE"/>
            <w:u w:val="single"/>
          </w:rPr>
          <w:t>https://www.benzinga.com/tech/24/11/42030837/salesforce-ceo-marc-benioff-lauds-googles-truly-groundbreaking-gemini-ai-after-taking-jabs-at-microsofts-copilot</w:t>
        </w:r>
      </w:hyperlink>
      <w:r>
        <w:t xml:space="preserve"> - Benioff's praise for Gemini Live, his criticism of Microsoft's Copilot, and the broader context of the AI race among tech giants.</w:t>
      </w:r>
      <w:r/>
    </w:p>
    <w:p>
      <w:pPr>
        <w:pStyle w:val="ListNumber"/>
        <w:spacing w:line="240" w:lineRule="auto"/>
        <w:ind w:left="720"/>
      </w:pPr>
      <w:r/>
      <w:hyperlink r:id="rId12">
        <w:r>
          <w:rPr>
            <w:color w:val="0000EE"/>
            <w:u w:val="single"/>
          </w:rPr>
          <w:t>https://www.moomoo.com/hans/news/post/45984583/salesforce-ceo-marc-benioff-lauds-google-s-truly-groundbreaking-gemini</w:t>
        </w:r>
      </w:hyperlink>
      <w:r>
        <w:t xml:space="preserve"> - Details on Benioff's endorsement, the features of Gemini Live, and its comparison with other AI assistants like Microsoft's Copilot.</w:t>
      </w:r>
      <w:r/>
    </w:p>
    <w:p>
      <w:pPr>
        <w:pStyle w:val="ListNumber"/>
        <w:spacing w:line="240" w:lineRule="auto"/>
        <w:ind w:left="720"/>
      </w:pPr>
      <w:r/>
      <w:hyperlink r:id="rId13">
        <w:r>
          <w:rPr>
            <w:color w:val="0000EE"/>
            <w:u w:val="single"/>
          </w:rPr>
          <w:t>https://dataconomy.com/2024/11/18/salesforce-ceos-big-praise-for-google-gemini-live/</w:t>
        </w:r>
      </w:hyperlink>
      <w:r>
        <w:t xml:space="preserve"> - Benioff's social media post praising Gemini Live, its integration into everyday tasks, and the competitive landscape of AI assistants.</w:t>
      </w:r>
      <w:r/>
    </w:p>
    <w:p>
      <w:pPr>
        <w:pStyle w:val="ListNumber"/>
        <w:spacing w:line="240" w:lineRule="auto"/>
        <w:ind w:left="720"/>
      </w:pPr>
      <w:r/>
      <w:hyperlink r:id="rId14">
        <w:r>
          <w:rPr>
            <w:color w:val="0000EE"/>
            <w:u w:val="single"/>
          </w:rPr>
          <w:t>https://winbuzzer.com/2024/11/18/salesforce-ceo-marc-benioff-praises-gemini-live-as-the-future-of-consumer-ai-xcxwbn/</w:t>
        </w:r>
      </w:hyperlink>
      <w:r>
        <w:t xml:space="preserve"> - Benioff's comparison of Gemini Live to Microsoft's Copilot, the features of Gemini Live, and its availability on the Apple App Store.</w:t>
      </w:r>
      <w:r/>
    </w:p>
    <w:p>
      <w:pPr>
        <w:pStyle w:val="ListNumber"/>
        <w:spacing w:line="240" w:lineRule="auto"/>
        <w:ind w:left="720"/>
      </w:pPr>
      <w:r/>
      <w:hyperlink r:id="rId11">
        <w:r>
          <w:rPr>
            <w:color w:val="0000EE"/>
            <w:u w:val="single"/>
          </w:rPr>
          <w:t>https://www.benzinga.com/tech/24/11/42030837/salesforce-ceo-marc-benioff-lauds-googles-truly-groundbreaking-gemini-ai-after-taking-jabs-at-microsofts-copilot</w:t>
        </w:r>
      </w:hyperlink>
      <w:r>
        <w:t xml:space="preserve"> - Elon Musk's prediction that AI will surpass doctors and lawyers, and OpenAI's plan to launch a new AI agent named 'Operator'.</w:t>
      </w:r>
      <w:r/>
    </w:p>
    <w:p>
      <w:pPr>
        <w:pStyle w:val="ListNumber"/>
        <w:spacing w:line="240" w:lineRule="auto"/>
        <w:ind w:left="720"/>
      </w:pPr>
      <w:r/>
      <w:hyperlink r:id="rId13">
        <w:r>
          <w:rPr>
            <w:color w:val="0000EE"/>
            <w:u w:val="single"/>
          </w:rPr>
          <w:t>https://dataconomy.com/2024/11/18/salesforce-ceos-big-praise-for-google-gemini-live/</w:t>
        </w:r>
      </w:hyperlink>
      <w:r>
        <w:t xml:space="preserve"> - The ongoing AI race, including developments from Nvidia, Meta, and Elon Musk’s xAI, and the impact of AI on various industries.</w:t>
      </w:r>
      <w:r/>
    </w:p>
    <w:p>
      <w:pPr>
        <w:pStyle w:val="ListNumber"/>
        <w:spacing w:line="240" w:lineRule="auto"/>
        <w:ind w:left="720"/>
      </w:pPr>
      <w:r/>
      <w:hyperlink r:id="rId12">
        <w:r>
          <w:rPr>
            <w:color w:val="0000EE"/>
            <w:u w:val="single"/>
          </w:rPr>
          <w:t>https://www.moomoo.com/hans/news/post/45984583/salesforce-ceo-marc-benioff-lauds-google-s-truly-groundbreaking-gemini</w:t>
        </w:r>
      </w:hyperlink>
      <w:r>
        <w:t xml:space="preserve"> - The significance of Benioff's endorsement in the context of the AI competition and its potential impact on market credibility.</w:t>
      </w:r>
      <w:r/>
    </w:p>
    <w:p>
      <w:pPr>
        <w:pStyle w:val="ListNumber"/>
        <w:spacing w:line="240" w:lineRule="auto"/>
        <w:ind w:left="720"/>
      </w:pPr>
      <w:r/>
      <w:hyperlink r:id="rId14">
        <w:r>
          <w:rPr>
            <w:color w:val="0000EE"/>
            <w:u w:val="single"/>
          </w:rPr>
          <w:t>https://winbuzzer.com/2024/11/18/salesforce-ceo-marc-benioff-praises-gemini-live-as-the-future-of-consumer-ai-xcxwbn/</w:t>
        </w:r>
      </w:hyperlink>
      <w:r>
        <w:t xml:space="preserve"> - The comparison between Gemini Live and other AI tools like Siri and Alexa, and the evolution of voice assistants.</w:t>
      </w:r>
      <w:r/>
    </w:p>
    <w:p>
      <w:pPr>
        <w:pStyle w:val="ListNumber"/>
        <w:spacing w:line="240" w:lineRule="auto"/>
        <w:ind w:left="720"/>
      </w:pPr>
      <w:r/>
      <w:hyperlink r:id="rId13">
        <w:r>
          <w:rPr>
            <w:color w:val="0000EE"/>
            <w:u w:val="single"/>
          </w:rPr>
          <w:t>https://dataconomy.com/2024/11/18/salesforce-ceos-big-praise-for-google-gemini-live/</w:t>
        </w:r>
      </w:hyperlink>
      <w:r>
        <w:t xml:space="preserve"> - The potential integration of Gemini Live with Apple Intelligence features and the current availability of the app on the Apple App Store.</w:t>
      </w:r>
      <w:r/>
    </w:p>
    <w:p>
      <w:pPr>
        <w:pStyle w:val="ListNumber"/>
        <w:spacing w:line="240" w:lineRule="auto"/>
        <w:ind w:left="720"/>
      </w:pPr>
      <w:r/>
      <w:hyperlink r:id="rId11">
        <w:r>
          <w:rPr>
            <w:color w:val="0000EE"/>
            <w:u w:val="single"/>
          </w:rPr>
          <w:t>https://www.benzinga.com/tech/24/11/42030837/salesforce-ceo-marc-benioff-lauds-googles-truly-groundbreaking-gemini-ai-after-taking-jabs-at-microsofts-copilot</w:t>
        </w:r>
      </w:hyperlink>
      <w:r>
        <w:t xml:space="preserve"> - The broader context of AI advancements, including OpenAI's ChatGPT-4 outperforming medical professionals in diagnosing illnesses.</w:t>
      </w:r>
      <w:r/>
    </w:p>
    <w:p>
      <w:pPr>
        <w:pStyle w:val="ListNumber"/>
        <w:spacing w:line="240" w:lineRule="auto"/>
        <w:ind w:left="720"/>
      </w:pPr>
      <w:r/>
      <w:hyperlink r:id="rId15">
        <w:r>
          <w:rPr>
            <w:color w:val="0000EE"/>
            <w:u w:val="single"/>
          </w:rPr>
          <w:t>https://www.benzinga.com/tech/24/11/42030837/salesforce-ceo-marc-benioff-lauds-googles-truly-groundbreaking-gemini-ai-after-taking-jabs-at-microsofts-cop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ound.news/article/google-gemini-gets-marc-benioffs-stamp-of-approval" TargetMode="External"/><Relationship Id="rId11" Type="http://schemas.openxmlformats.org/officeDocument/2006/relationships/hyperlink" Target="https://www.benzinga.com/tech/24/11/42030837/salesforce-ceo-marc-benioff-lauds-googles-truly-groundbreaking-gemini-ai-after-taking-jabs-at-microsofts-copilot" TargetMode="External"/><Relationship Id="rId12" Type="http://schemas.openxmlformats.org/officeDocument/2006/relationships/hyperlink" Target="https://www.moomoo.com/hans/news/post/45984583/salesforce-ceo-marc-benioff-lauds-google-s-truly-groundbreaking-gemini" TargetMode="External"/><Relationship Id="rId13" Type="http://schemas.openxmlformats.org/officeDocument/2006/relationships/hyperlink" Target="https://dataconomy.com/2024/11/18/salesforce-ceos-big-praise-for-google-gemini-live/" TargetMode="External"/><Relationship Id="rId14" Type="http://schemas.openxmlformats.org/officeDocument/2006/relationships/hyperlink" Target="https://winbuzzer.com/2024/11/18/salesforce-ceo-marc-benioff-praises-gemini-live-as-the-future-of-consumer-ai-xcxwbn/" TargetMode="External"/><Relationship Id="rId15" Type="http://schemas.openxmlformats.org/officeDocument/2006/relationships/hyperlink" Target="https://www.benzinga.com/tech/24/11/42030837/salesforce-ceo-marc-benioff-lauds-googles-truly-groundbreaking-gemini-ai-after-taking-jabs-at-microsofts-co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