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SkyX secures funding to revolutionise weather data collection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SkyX, a burgeoning tech company focusing on decentralized weather data collection and AI-based forecasting, has successfully completed its pre-seed funding round, as announced today. The funding round was spearheaded by EV3, EOT Ventures, and Waterdrip Capital, marking a significant advancement in SkyX’s efforts to revolutionise the weather industry by integrating Web3 technology and artificial intelligence.</w:t>
      </w:r>
      <w:r/>
    </w:p>
    <w:p>
      <w:r/>
      <w:r>
        <w:t>The initiative by SkyX is noteworthy for its innovative approach—leveraging Decentralized Physical Infrastructure Networks (DePIN) to build a community-driven global weather network. This model aims to democratize weather monitoring by allowing individuals to contribute data through portable, self-owned weather stations. By doing so, SkyX seeks to reduce dependency on traditional, centralised weather systems and enhance data accuracy, especially in regions that traditionally suffer from unreliable meteorological information.</w:t>
      </w:r>
      <w:r/>
    </w:p>
    <w:p>
      <w:r/>
      <w:r>
        <w:t>The completion of the funding round is set to fuel SkyX's expansion plans, which include broadening its hardware offerings and enhancing its AI and data infrastructure capacities. The new capital will facilitate the accelerated deployment of portable weather stations and the refinement of SkyX’s AI-driven software platform. This platform is designed to convert raw weather data into valuable insights for various sectors, notably agriculture, energy, disaster management, and smart city developments. Such initiatives align with SkyX’s overarching goal of making weather data collection both accessible and engaging for individuals and organizations.</w:t>
      </w:r>
      <w:r/>
    </w:p>
    <w:p>
      <w:r/>
      <w:r>
        <w:t>Frank Fang, co-founder of SkyX, emphasised the significance of decentralized networks in weather forecasting. He commented, “The DePIN model offers an innovative solution to the challenges of traditional weather data collection. By crowd-sourcing data from individual stations, we can offer more granular insights at a fraction of the cost. Our platform is designed not just to gather data, but to generate industry-specific insights that add tangible value for users.”</w:t>
      </w:r>
      <w:r/>
    </w:p>
    <w:p>
      <w:r/>
      <w:r>
        <w:t>SkyX is also advancing its AI technologies, including the development of SkyXGPT, a conversational bot created to simplify complex weather data for general users. Moreover, the company’s AI modules focus on maintaining high data quality across its extensive network.</w:t>
      </w:r>
      <w:r/>
    </w:p>
    <w:p>
      <w:r/>
      <w:r>
        <w:t>The funds are also allocated toward the development of upcoming hardware products like a portable meteorograph and a commercial-grade weather station with an integrated fisheye camera. These devices will empower users to participate actively in the network by providing real-time, hyperlocal weather data. SkyX plans to offer these innovations to weather enthusiasts, farmers, and professionals needing precise, current forecasts.</w:t>
      </w:r>
      <w:r/>
    </w:p>
    <w:p>
      <w:r/>
      <w:r>
        <w:t>“With this funding, we are well-positioned to grow our weather network and refine our AI-driven solutions for the benefit of various sectors,” Fang stated. “By combining AI with decentralized data collection, we aim to offer more reliable weather forecasts and contribute to better decision-making in areas such as agriculture, renewable energy, and disaster preparedness.”</w:t>
      </w:r>
      <w:r/>
    </w:p>
    <w:p>
      <w:r/>
      <w:r>
        <w:t>SkyX's model seeks to bridge weather data gaps globally, particularly servicing remote and underserved areas. Providing hyperlocal data collection aims to boost forecasting accuracy for consumers and enterprises alike. The company's AI platform is set to convert raw data into tailored weather insights, aiding industries in optimising their operations and minimising weather-related risks.</w:t>
      </w:r>
      <w:r/>
    </w:p>
    <w:p>
      <w:r/>
      <w:r>
        <w:t>The hyperlocal accuracy introduced by SkyX could transform traditional weather forecasting, which often lacks specific precision needed for local insights. By enabling street-level forecasts, it marks a substantial improvement over existing broad-based predictions. This detailed data is vital for sectors like agriculture, which require accurate forecasts to manage resources effectively and protect crops.</w:t>
      </w:r>
      <w:r/>
    </w:p>
    <w:p>
      <w:r/>
      <w:r>
        <w:t>Beyond consumer and retail markets, SkyX intends to cater to enterprises through its AI-powered weather insights platform. This service will offer businesses comprehensive weather data to inform operational strategies, manage risks, and optimise supply chains. Industries such as wind power, water conservancy, and smart city infrastructure are expected to benefit from the precision and real-time capabilities of the SkyX network.</w:t>
      </w:r>
      <w:r/>
    </w:p>
    <w:p>
      <w:r/>
      <w:r>
        <w:t>SkyX aims to construct a robust network of global weather stations that not only heightens forecast accuracy but also provides economic incentives for contributors. The company is actively exploring partnerships across various sectors to better integrate its weather solutions into industrial applications.</w:t>
      </w:r>
      <w:r/>
    </w:p>
    <w:p>
      <w:r/>
      <w:r>
        <w:t>SkyX represents a new frontier in weather technology, merging blockchain and AI to provide precise, hyperlocal weather data. Its DePIN model encourages democratized data contribution through portable weather stations. Transforming raw data into actionable insights for numerous industries, SkyX aims to build a global weather network enhancing forecast accuracy and empowering contributors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https://www.coincarp.com/fundraising/skyx-preseed/</w:t>
        </w:r>
      </w:hyperlink>
      <w:r>
        <w:t xml:space="preserve"> - Corroborates the completion of SkyX's $1 million Pre-Seed funding round on November 7, 2024.</w:t>
      </w:r>
      <w:r/>
    </w:p>
    <w:p>
      <w:pPr>
        <w:pStyle w:val="ListNumber"/>
        <w:spacing w:line="240" w:lineRule="auto"/>
        <w:ind w:left="720"/>
      </w:pPr>
      <w:r/>
      <w:hyperlink r:id="rId11">
        <w:r>
          <w:rPr>
            <w:color w:val="0000EE"/>
            <w:u w:val="single"/>
          </w:rPr>
          <w:t>https://www.rootdata.com/Projects/detail/SkyX?k=MTM4NDE%3D</w:t>
        </w:r>
      </w:hyperlink>
      <w:r>
        <w:t xml:space="preserve"> - Provides details on SkyX's Pre-Seed round, its decentralized weather network, and the involvement of Web3 protocols and blockchain technology.</w:t>
      </w:r>
      <w:r/>
    </w:p>
    <w:p>
      <w:pPr>
        <w:pStyle w:val="ListNumber"/>
        <w:spacing w:line="240" w:lineRule="auto"/>
        <w:ind w:left="720"/>
      </w:pPr>
      <w:r/>
      <w:hyperlink r:id="rId12">
        <w:r>
          <w:rPr>
            <w:color w:val="0000EE"/>
            <w:u w:val="single"/>
          </w:rPr>
          <w:t>https://www.thecryptoupdates.com/skyx-completes-pre-seed-funding-round-to-accelerate-ai-driven-decentralised-weather-network-growing/</w:t>
        </w:r>
      </w:hyperlink>
      <w:r>
        <w:t xml:space="preserve"> - Supports the use of the funding to expand hardware offerings, enhance AI capabilities, and improve data infrastructure.</w:t>
      </w:r>
      <w:r/>
    </w:p>
    <w:p>
      <w:pPr>
        <w:pStyle w:val="ListNumber"/>
        <w:spacing w:line="240" w:lineRule="auto"/>
        <w:ind w:left="720"/>
      </w:pPr>
      <w:r/>
      <w:hyperlink r:id="rId13">
        <w:r>
          <w:rPr>
            <w:color w:val="0000EE"/>
            <w:u w:val="single"/>
          </w:rPr>
          <w:t>https://www.chaincatcher.com/en/article/2150974</w:t>
        </w:r>
      </w:hyperlink>
      <w:r>
        <w:t xml:space="preserve"> - Confirms the leadership of EV3, EOT Ventures, and Waterdrip Capital in the Pre-Seed funding round and the participation of other investors.</w:t>
      </w:r>
      <w:r/>
    </w:p>
    <w:p>
      <w:pPr>
        <w:pStyle w:val="ListNumber"/>
        <w:spacing w:line="240" w:lineRule="auto"/>
        <w:ind w:left="720"/>
      </w:pPr>
      <w:r/>
      <w:hyperlink r:id="rId14">
        <w:r>
          <w:rPr>
            <w:color w:val="0000EE"/>
            <w:u w:val="single"/>
          </w:rPr>
          <w:t>https://www.bitget.com/news/detail/12560604334568</w:t>
        </w:r>
      </w:hyperlink>
      <w:r>
        <w:t xml:space="preserve"> - Details the funding round and SkyX's goal of building a global weather network using decentralized and AI-driven technologies.</w:t>
      </w:r>
      <w:r/>
    </w:p>
    <w:p>
      <w:pPr>
        <w:pStyle w:val="ListNumber"/>
        <w:spacing w:line="240" w:lineRule="auto"/>
        <w:ind w:left="720"/>
      </w:pPr>
      <w:r/>
      <w:hyperlink r:id="rId11">
        <w:r>
          <w:rPr>
            <w:color w:val="0000EE"/>
            <w:u w:val="single"/>
          </w:rPr>
          <w:t>https://www.rootdata.com/Projects/detail/SkyX?k=MTM4NDE%3D</w:t>
        </w:r>
      </w:hyperlink>
      <w:r>
        <w:t xml:space="preserve"> - Explains SkyX's origins as a smart device and data service company and its current focus on a decentralized, blockchain-based service protocol.</w:t>
      </w:r>
      <w:r/>
    </w:p>
    <w:p>
      <w:pPr>
        <w:pStyle w:val="ListNumber"/>
        <w:spacing w:line="240" w:lineRule="auto"/>
        <w:ind w:left="720"/>
      </w:pPr>
      <w:r/>
      <w:hyperlink r:id="rId13">
        <w:r>
          <w:rPr>
            <w:color w:val="0000EE"/>
            <w:u w:val="single"/>
          </w:rPr>
          <w:t>https://www.chaincatcher.com/en/article/2150974</w:t>
        </w:r>
      </w:hyperlink>
      <w:r>
        <w:t xml:space="preserve"> - Describes SkyX's innovative approach using Decentralized Physical Infrastructure Networks (DePIN) and the democratization of weather monitoring.</w:t>
      </w:r>
      <w:r/>
    </w:p>
    <w:p>
      <w:pPr>
        <w:pStyle w:val="ListNumber"/>
        <w:spacing w:line="240" w:lineRule="auto"/>
        <w:ind w:left="720"/>
      </w:pPr>
      <w:r/>
      <w:hyperlink r:id="rId14">
        <w:r>
          <w:rPr>
            <w:color w:val="0000EE"/>
            <w:u w:val="single"/>
          </w:rPr>
          <w:t>https://www.bitget.com/news/detail/12560604334568</w:t>
        </w:r>
      </w:hyperlink>
      <w:r>
        <w:t xml:space="preserve"> - Highlights the application of SkyX's weather data in various sectors such as disaster prevention, transportation, energy, and agriculture.</w:t>
      </w:r>
      <w:r/>
    </w:p>
    <w:p>
      <w:pPr>
        <w:pStyle w:val="ListNumber"/>
        <w:spacing w:line="240" w:lineRule="auto"/>
        <w:ind w:left="720"/>
      </w:pPr>
      <w:r/>
      <w:hyperlink r:id="rId12">
        <w:r>
          <w:rPr>
            <w:color w:val="0000EE"/>
            <w:u w:val="single"/>
          </w:rPr>
          <w:t>https://www.thecryptoupdates.com/skyx-completes-pre-seed-funding-round-to-accelerate-ai-driven-decentralised-weather-network-growing/</w:t>
        </w:r>
      </w:hyperlink>
      <w:r>
        <w:t xml:space="preserve"> - Mentions the development of new hardware products like portable meteorographs and commercial-grade weather stations with integrated fisheye cameras.</w:t>
      </w:r>
      <w:r/>
    </w:p>
    <w:p>
      <w:pPr>
        <w:pStyle w:val="ListNumber"/>
        <w:spacing w:line="240" w:lineRule="auto"/>
        <w:ind w:left="720"/>
      </w:pPr>
      <w:r/>
      <w:hyperlink r:id="rId13">
        <w:r>
          <w:rPr>
            <w:color w:val="0000EE"/>
            <w:u w:val="single"/>
          </w:rPr>
          <w:t>https://www.chaincatcher.com/en/article/2150974</w:t>
        </w:r>
      </w:hyperlink>
      <w:r>
        <w:t xml:space="preserve"> - Discusses the economic incentives for contributors and the integration of SkyX’s weather solutions into industrial applications.</w:t>
      </w:r>
      <w:r/>
    </w:p>
    <w:p>
      <w:pPr>
        <w:pStyle w:val="ListNumber"/>
        <w:spacing w:line="240" w:lineRule="auto"/>
        <w:ind w:left="720"/>
      </w:pPr>
      <w:r/>
      <w:hyperlink r:id="rId14">
        <w:r>
          <w:rPr>
            <w:color w:val="0000EE"/>
            <w:u w:val="single"/>
          </w:rPr>
          <w:t>https://www.bitget.com/news/detail/12560604334568</w:t>
        </w:r>
      </w:hyperlink>
      <w:r>
        <w:t xml:space="preserve"> - Emphasizes the importance of hyperlocal data collection and its impact on forecasting accuracy for consumers and enterprises.</w:t>
      </w:r>
      <w:r/>
    </w:p>
    <w:p>
      <w:pPr>
        <w:pStyle w:val="ListNumber"/>
        <w:spacing w:line="240" w:lineRule="auto"/>
        <w:ind w:left="720"/>
      </w:pPr>
      <w:r/>
      <w:hyperlink r:id="rId15">
        <w:r>
          <w:rPr>
            <w:color w:val="0000EE"/>
            <w:u w:val="single"/>
          </w:rPr>
          <w:t>https://www.bitcoininsider.org/article/263676/skyx-completes-pre-seed-funding-round-accelerate-ai-driven-decentralised-weather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incarp.com/fundraising/skyx-preseed/" TargetMode="External"/><Relationship Id="rId11" Type="http://schemas.openxmlformats.org/officeDocument/2006/relationships/hyperlink" Target="https://www.rootdata.com/Projects/detail/SkyX?k=MTM4NDE%3D" TargetMode="External"/><Relationship Id="rId12" Type="http://schemas.openxmlformats.org/officeDocument/2006/relationships/hyperlink" Target="https://www.thecryptoupdates.com/skyx-completes-pre-seed-funding-round-to-accelerate-ai-driven-decentralised-weather-network-growing/" TargetMode="External"/><Relationship Id="rId13" Type="http://schemas.openxmlformats.org/officeDocument/2006/relationships/hyperlink" Target="https://www.chaincatcher.com/en/article/2150974" TargetMode="External"/><Relationship Id="rId14" Type="http://schemas.openxmlformats.org/officeDocument/2006/relationships/hyperlink" Target="https://www.bitget.com/news/detail/12560604334568" TargetMode="External"/><Relationship Id="rId15" Type="http://schemas.openxmlformats.org/officeDocument/2006/relationships/hyperlink" Target="https://www.bitcoininsider.org/article/263676/skyx-completes-pre-seed-funding-round-accelerate-ai-driven-decentralised-weath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