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and digital tools in programming and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times, the growing integration of Artificial Intelligence (AI) in the programming sector has captivated the minds of developers and professionals globally. Many have started experimenting with AI tools such as ChatGPT, harnessing them to significantly boost their programming productivity. The experiences shared by users reveal a transformative impact of AI tools on coding projects, though the role of these tools is often misconceived.</w:t>
      </w:r>
      <w:r/>
    </w:p>
    <w:p>
      <w:r/>
      <w:r>
        <w:t>Contrary to the popular belief that AI can independently generate entire applications or products from vague requirements, it has been elucidated that AI functions more akin to a power tool - it speeds up the process rather than replaces the craft itself. Developers, like the user who shared their insight, have reported a noticeable increase in their programming output upon incorporating ChatGPT into their workflow. They suggest that their productivity has effectively doubled, enabling them to complete tasks in a more efficient manner.</w:t>
      </w:r>
      <w:r/>
    </w:p>
    <w:p>
      <w:r/>
      <w:r>
        <w:t>One prominent user of ChatGPT shared his detailed strategy for leveraging the AI tool in programming tasks. He recommends dividing projects into smaller, manageable jobs for the AI to handle effectively, akin to an interactive conversation on platforms like Slack, cultivating a dynamic and iterative process. Through iterative prompts and rigorous testing of each chunk of code provided by ChatGPT, users can ensure accuracy and functionality in their projects. He also advocates using specialized debugging tools to verify the code generated by AI, another reminder of the critical importance of human oversight.</w:t>
      </w:r>
      <w:r/>
    </w:p>
    <w:p>
      <w:r/>
      <w:r>
        <w:t>Moreover, this AI enthusiast highlights the utility of ChatGPT in generating code that involves common knowledge and routine tasks, enabling developers to focus on unique business logics and innovative work. ChatGPT excels in writing code blocks for libraries and APIs, while also being effective at drafting regular expressions and complex loop math, often tedious for developers.</w:t>
      </w:r>
      <w:r/>
    </w:p>
    <w:p>
      <w:r/>
      <w:r>
        <w:t>Beyond functional advantages, the value of ChatGPT extends in assisting with unfamiliar programming languages. By asking for comparable code snippets across different languages, developers can bridge the gap between familiar and new syntaxes, easing the learning process. However, this user underlines the necessity to be cautious with AI, recognising its limitations in producing proprietary coding and its potential inability to substitute detailed institutional knowledge.</w:t>
      </w:r>
      <w:r/>
    </w:p>
    <w:p>
      <w:r/>
      <w:r>
        <w:t>Meanwhile, a separate exploration of ChatGPT's capabilities revealed its proficiency in working with an extensive array of programming languages. Through simple programming tasks designed to test its prowess across 12 popular languages including Java, Python, and Rust, results showed ChatGPT generated mostly accurate and reliable code. Despite a few shortcomings, especially with languages less familiar to the AI model, the experiment highlighted its robust understanding of syntax and its potential use in educational contexts, helping programmers and learners alike.</w:t>
      </w:r>
      <w:r/>
    </w:p>
    <w:p>
      <w:r/>
      <w:r>
        <w:t>As AI tools become increasingly integral to programming, there is a persistent need to balance the innovative advantages they offer with necessary critical analysis and hands-on supervision. Developers are encouraged to remain proactive in testing AI-generated code, maintaining authorial control over their projects while benefiting from enhanced productivity and learning opportunities AI provides.</w:t>
      </w:r>
      <w:r/>
    </w:p>
    <w:p>
      <w:r/>
      <w:r>
        <w:t>In a different industry, the impact of innovative digital tools, such as email marketing, significantly influences local businesses. A cleaning service owner detailed their experience with running effective email marketing campaigns. Through monthly newsletters, their cleaning company has been able to establish strong client connections and maintain high levels of engagement. Their approach includes personal stories of the team, service updates, and client testimonials, fostering a true sense of community rather than a mere transactional relationship.</w:t>
      </w:r>
      <w:r/>
    </w:p>
    <w:p>
      <w:r/>
      <w:r>
        <w:t>This cleaning business owner attributes their marketing success to selecting the right email platform, in this case, MailChimp, complemented by other digital tools like Zapier for seamless integration. They emphasized the importance of consistency and human touch in communication, critical for sustaining customer interest and trust over time.</w:t>
      </w:r>
      <w:r/>
    </w:p>
    <w:p>
      <w:r/>
      <w:r>
        <w:t>Both examples serve as testament to the transformative role that technology, whether through AI in programming or email marketing in business, plays in modern industries. These tools not only empower users with enhanced capabilities and new learning opportunities but also necessitate a persistent human element to navigate their application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https://www.zdnet.com/article/gen-ai-gives-software-developers-surge-in-productivity-but-its-not-for-everyone/</w:t>
        </w:r>
      </w:hyperlink>
      <w:r>
        <w:t xml:space="preserve"> - Corroborates the idea that AI tools like GitHub Copilot significantly boost software developer productivity by handling routine tasks and freeing developers to focus on complex problems.</w:t>
      </w:r>
      <w:r/>
    </w:p>
    <w:p>
      <w:pPr>
        <w:pStyle w:val="ListNumber"/>
        <w:spacing w:line="240" w:lineRule="auto"/>
        <w:ind w:left="720"/>
      </w:pPr>
      <w:r/>
      <w:hyperlink r:id="rId11">
        <w:r>
          <w:rPr>
            <w:color w:val="0000EE"/>
            <w:u w:val="single"/>
          </w:rPr>
          <w:t>https://www.mckinsey.com/capabilities/mckinsey-digital/our-insights/unleashing-developer-productivity-with-generative-ai</w:t>
        </w:r>
      </w:hyperlink>
      <w:r>
        <w:t xml:space="preserve"> - Supports the notion that generative AI tools can complete coding tasks up to twice as fast and improve developer productivity in various areas such as code refactoring and documentation.</w:t>
      </w:r>
      <w:r/>
    </w:p>
    <w:p>
      <w:pPr>
        <w:pStyle w:val="ListNumber"/>
        <w:spacing w:line="240" w:lineRule="auto"/>
        <w:ind w:left="720"/>
      </w:pPr>
      <w:r/>
      <w:hyperlink r:id="rId12">
        <w:r>
          <w:rPr>
            <w:color w:val="0000EE"/>
            <w:u w:val="single"/>
          </w:rPr>
          <w:t>https://github.blog/news-insights/research/survey-reveals-ais-impact-on-the-developer-experience/</w:t>
        </w:r>
      </w:hyperlink>
      <w:r>
        <w:t xml:space="preserve"> - Highlights that developers see significant benefits from using AI coding tools, including improved performance, coding skills, and team collaboration, and that these tools help developers focus more on solution design.</w:t>
      </w:r>
      <w:r/>
    </w:p>
    <w:p>
      <w:pPr>
        <w:pStyle w:val="ListNumber"/>
        <w:spacing w:line="240" w:lineRule="auto"/>
        <w:ind w:left="720"/>
      </w:pPr>
      <w:r/>
      <w:hyperlink r:id="rId13">
        <w:r>
          <w:rPr>
            <w:color w:val="0000EE"/>
            <w:u w:val="single"/>
          </w:rPr>
          <w:t>https://www.nngroup.com/articles/ai-programmers-productive/</w:t>
        </w:r>
      </w:hyperlink>
      <w:r>
        <w:t xml:space="preserve"> - Provides evidence that AI tools like GitHub Copilot can decrease task time by 35% and increase productivity by 126% for developers, especially benefiting those with less experience.</w:t>
      </w:r>
      <w:r/>
    </w:p>
    <w:p>
      <w:pPr>
        <w:pStyle w:val="ListNumber"/>
        <w:spacing w:line="240" w:lineRule="auto"/>
        <w:ind w:left="720"/>
      </w:pPr>
      <w:r/>
      <w:hyperlink r:id="rId14">
        <w:r>
          <w:rPr>
            <w:color w:val="0000EE"/>
            <w:u w:val="single"/>
          </w:rPr>
          <w:t>https://www.datainnovation.org/2024/06/evidence-shows-productivity-benefits-of-ai/</w:t>
        </w:r>
      </w:hyperlink>
      <w:r>
        <w:t xml:space="preserve"> - Supports the productivity-boosting effects of AI tools such as ChatGPT and GitHub Copilot in coding tasks, showing significant improvements in task completion speed and quality.</w:t>
      </w:r>
      <w:r/>
    </w:p>
    <w:p>
      <w:pPr>
        <w:pStyle w:val="ListNumber"/>
        <w:spacing w:line="240" w:lineRule="auto"/>
        <w:ind w:left="720"/>
      </w:pPr>
      <w:r/>
      <w:hyperlink r:id="rId10">
        <w:r>
          <w:rPr>
            <w:color w:val="0000EE"/>
            <w:u w:val="single"/>
          </w:rPr>
          <w:t>https://www.zdnet.com/article/gen-ai-gives-software-developers-surge-in-productivity-but-its-not-for-everyone/</w:t>
        </w:r>
      </w:hyperlink>
      <w:r>
        <w:t xml:space="preserve"> - Explains how AI tools assist in generating code for common knowledge and routine tasks, allowing developers to focus on unique business logic and innovative work.</w:t>
      </w:r>
      <w:r/>
    </w:p>
    <w:p>
      <w:pPr>
        <w:pStyle w:val="ListNumber"/>
        <w:spacing w:line="240" w:lineRule="auto"/>
        <w:ind w:left="720"/>
      </w:pPr>
      <w:r/>
      <w:hyperlink r:id="rId11">
        <w:r>
          <w:rPr>
            <w:color w:val="0000EE"/>
            <w:u w:val="single"/>
          </w:rPr>
          <w:t>https://www.mckinsey.com/capabilities/mckinsey-digital/our-insights/unleashing-developer-productivity-with-generative-ai</w:t>
        </w:r>
      </w:hyperlink>
      <w:r>
        <w:t xml:space="preserve"> - Details the importance of human oversight and upskilling in using generative AI tools to ensure accuracy and functionality in coding projects.</w:t>
      </w:r>
      <w:r/>
    </w:p>
    <w:p>
      <w:pPr>
        <w:pStyle w:val="ListNumber"/>
        <w:spacing w:line="240" w:lineRule="auto"/>
        <w:ind w:left="720"/>
      </w:pPr>
      <w:r/>
      <w:hyperlink r:id="rId12">
        <w:r>
          <w:rPr>
            <w:color w:val="0000EE"/>
            <w:u w:val="single"/>
          </w:rPr>
          <w:t>https://github.blog/news-insights/research/survey-reveals-ais-impact-on-the-developer-experience/</w:t>
        </w:r>
      </w:hyperlink>
      <w:r>
        <w:t xml:space="preserve"> - Emphasizes the need for developers to remain proactive in testing AI-generated code and maintaining authorial control over their projects.</w:t>
      </w:r>
      <w:r/>
    </w:p>
    <w:p>
      <w:pPr>
        <w:pStyle w:val="ListNumber"/>
        <w:spacing w:line="240" w:lineRule="auto"/>
        <w:ind w:left="720"/>
      </w:pPr>
      <w:r/>
      <w:hyperlink r:id="rId13">
        <w:r>
          <w:rPr>
            <w:color w:val="0000EE"/>
            <w:u w:val="single"/>
          </w:rPr>
          <w:t>https://www.nngroup.com/articles/ai-programmers-productive/</w:t>
        </w:r>
      </w:hyperlink>
      <w:r>
        <w:t xml:space="preserve"> - Highlights the limitations of AI in producing proprietary coding and the importance of balancing AI advantages with critical analysis and hands-on supervision.</w:t>
      </w:r>
      <w:r/>
    </w:p>
    <w:p>
      <w:pPr>
        <w:pStyle w:val="ListNumber"/>
        <w:spacing w:line="240" w:lineRule="auto"/>
        <w:ind w:left="720"/>
      </w:pPr>
      <w:r/>
      <w:hyperlink r:id="rId14">
        <w:r>
          <w:rPr>
            <w:color w:val="0000EE"/>
            <w:u w:val="single"/>
          </w:rPr>
          <w:t>https://www.datainnovation.org/2024/06/evidence-shows-productivity-benefits-of-ai/</w:t>
        </w:r>
      </w:hyperlink>
      <w:r>
        <w:t xml:space="preserve"> - Supports the idea that AI tools can help developers learn new programming languages and bridge the gap between familiar and new syntaxes.</w:t>
      </w:r>
      <w:r/>
    </w:p>
    <w:p>
      <w:pPr>
        <w:pStyle w:val="ListNumber"/>
        <w:spacing w:line="240" w:lineRule="auto"/>
        <w:ind w:left="720"/>
      </w:pPr>
      <w:r/>
      <w:hyperlink r:id="rId11">
        <w:r>
          <w:rPr>
            <w:color w:val="0000EE"/>
            <w:u w:val="single"/>
          </w:rPr>
          <w:t>https://www.mckinsey.com/capabilities/mckinsey-digital/our-insights/unleashing-developer-productivity-with-generative-ai</w:t>
        </w:r>
      </w:hyperlink>
      <w:r>
        <w:t xml:space="preserve"> - Underlines the transformative role of technology in modern industries, including both AI in programming and other digital tools, and the necessity of a persistent human element.</w:t>
      </w:r>
      <w:r/>
    </w:p>
    <w:p>
      <w:pPr>
        <w:pStyle w:val="ListNumber"/>
        <w:spacing w:line="240" w:lineRule="auto"/>
        <w:ind w:left="720"/>
      </w:pPr>
      <w:r/>
      <w:hyperlink r:id="rId15">
        <w:r>
          <w:rPr>
            <w:color w:val="0000EE"/>
            <w:u w:val="single"/>
          </w:rPr>
          <w:t>https://www.zdnet.com/article/25-ai-tips-to-boost-your-programming-productivity-with-chatgpt/</w:t>
        </w:r>
      </w:hyperlink>
      <w:r>
        <w:t xml:space="preserve"> - Please view link - unable to able to access data</w:t>
      </w:r>
      <w:r/>
    </w:p>
    <w:p>
      <w:pPr>
        <w:pStyle w:val="ListNumber"/>
        <w:spacing w:line="240" w:lineRule="auto"/>
        <w:ind w:left="720"/>
      </w:pPr>
      <w:r/>
      <w:hyperlink r:id="rId16">
        <w:r>
          <w:rPr>
            <w:color w:val="0000EE"/>
            <w:u w:val="single"/>
          </w:rPr>
          <w:t>https://www.zdnet.com/article/chatgpt-writes-my-routine-in-12-top-programming-languages-heres-what-the-results-tell-me/</w:t>
        </w:r>
      </w:hyperlink>
      <w:r>
        <w:t xml:space="preserve"> - Please view link - unable to able to access data</w:t>
      </w:r>
      <w:r/>
    </w:p>
    <w:p>
      <w:pPr>
        <w:pStyle w:val="ListNumber"/>
        <w:spacing w:line="240" w:lineRule="auto"/>
        <w:ind w:left="720"/>
      </w:pPr>
      <w:r/>
      <w:hyperlink r:id="rId17">
        <w:r>
          <w:rPr>
            <w:color w:val="0000EE"/>
            <w:u w:val="single"/>
          </w:rPr>
          <w:t>https://www.zenmaid.com/magazine/cleaning-business-newsletter/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gen-ai-gives-software-developers-surge-in-productivity-but-its-not-for-everyone/" TargetMode="External"/><Relationship Id="rId11" Type="http://schemas.openxmlformats.org/officeDocument/2006/relationships/hyperlink" Target="https://www.mckinsey.com/capabilities/mckinsey-digital/our-insights/unleashing-developer-productivity-with-generative-ai" TargetMode="External"/><Relationship Id="rId12" Type="http://schemas.openxmlformats.org/officeDocument/2006/relationships/hyperlink" Target="https://github.blog/news-insights/research/survey-reveals-ais-impact-on-the-developer-experience/" TargetMode="External"/><Relationship Id="rId13" Type="http://schemas.openxmlformats.org/officeDocument/2006/relationships/hyperlink" Target="https://www.nngroup.com/articles/ai-programmers-productive/" TargetMode="External"/><Relationship Id="rId14" Type="http://schemas.openxmlformats.org/officeDocument/2006/relationships/hyperlink" Target="https://www.datainnovation.org/2024/06/evidence-shows-productivity-benefits-of-ai/" TargetMode="External"/><Relationship Id="rId15" Type="http://schemas.openxmlformats.org/officeDocument/2006/relationships/hyperlink" Target="https://www.zdnet.com/article/25-ai-tips-to-boost-your-programming-productivity-with-chatgpt/" TargetMode="External"/><Relationship Id="rId16" Type="http://schemas.openxmlformats.org/officeDocument/2006/relationships/hyperlink" Target="https://www.zdnet.com/article/chatgpt-writes-my-routine-in-12-top-programming-languages-heres-what-the-results-tell-me/" TargetMode="External"/><Relationship Id="rId17" Type="http://schemas.openxmlformats.org/officeDocument/2006/relationships/hyperlink" Target="https://www.zenmaid.com/magazine/cleaning-business-newsle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