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Vue Cinemas embraces AI technology to enhance viewer experience and ticket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Vue Cinemas, a leading chain in the UK and Ireland, has integrated artificial intelligence (AI) technology into its operations to enhance viewer experience and boost admission numbers. The company, which operates 93 cinemas across the UK and Ireland, is utilising AI in its booking systems to determine optimal screening times and locations, thereby maximising ticket sales and reducing empty screenings.</w:t>
      </w:r>
      <w:r/>
    </w:p>
    <w:p>
      <w:r/>
      <w:r>
        <w:t>Vue's proprietary AI system analyses data from customer bookings to identify trends and preferences in specific locations. For instance, if a particular cinema has high sales of children's tickets during weekend afternoons, the AI system will schedule more family-friendly films during those times. Similarly, if a cinema experiences strong ticket sales for Polish films, more screenings of such films will be scheduled in future.</w:t>
      </w:r>
      <w:r/>
    </w:p>
    <w:p>
      <w:r/>
      <w:r>
        <w:t>Tim Richards, the CEO and co-founder of Vue, explained the company's innovative approach, stating that their AI operates by assessing data on factors such as film demand, preferred screening times, and even seating selection. This data-driven method allows Vue to anticipate customer needs more accurately, from the types of films shown to the availability of popular cinema snacks like popcorn and sweets.</w:t>
      </w:r>
      <w:r/>
    </w:p>
    <w:p>
      <w:r/>
      <w:r>
        <w:t>Richards further noted that the AI system, which has been in development for nearly nine years, has begun to yield significant results, with Vue's ticket sales surpassing those of its closest competitors, Cineworld and Odeon. Despite challenges such as the COVID-19 pandemic, the cinema industry has seen recovery, buoyed by blockbuster releases like 'No Time to Die' and the dual release of 'Barbie' and 'Oppenheimer'.</w:t>
      </w:r>
      <w:r/>
    </w:p>
    <w:p>
      <w:r/>
      <w:r>
        <w:t>While the use of AI could raise concerns about privacy, experts, including James Bore of Bores Group, have assured that the system aggregates data without collecting individual personal details. The analysis performed by Vue’s AI primarily focuses on aggregate data patterns related to film preferences and booking behaviours while maintaining customer anonymity.</w:t>
      </w:r>
      <w:r/>
    </w:p>
    <w:p>
      <w:r/>
      <w:r>
        <w:t>The technological advancement not only aims at enriching the cinematic experience but also at keeping Vue competitive in a rapidly evolving entertainment landscape. Vue plans to roll out this AI technology across all its markets, following its success in the UK and Ireland.</w:t>
      </w:r>
      <w:r/>
    </w:p>
    <w:p>
      <w:r/>
      <w:r>
        <w:t>Richards shared that the AI is not only limited to movie showings but also extends to planning alternative programming like music concerts, theatre, and sporting events, further diversifying Vue's offerings.</w:t>
      </w:r>
      <w:r/>
    </w:p>
    <w:p>
      <w:r/>
      <w:r>
        <w:t>Despite the unchanged approach in competitive positioning, Vue is receiving promising results with minor dips in revenue compared to larger declines experienced by its competitors. With cinema industry figures hoping for another surge in ticket sales from new blockbuster releases, the future of cinema, with AI-driven insights, looks poised for a significant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https://axies.digital/vue-international/</w:t>
        </w:r>
      </w:hyperlink>
      <w:r>
        <w:t xml:space="preserve"> - This article explains how Vue International is using AI to determine regional preferences for films and to address supply shortages caused by the Hollywood strikes, which aligns with the use of AI for optimal screening times and locations.</w:t>
      </w:r>
      <w:r/>
    </w:p>
    <w:p>
      <w:pPr>
        <w:pStyle w:val="ListNumber"/>
        <w:spacing w:line="240" w:lineRule="auto"/>
        <w:ind w:left="720"/>
      </w:pPr>
      <w:r/>
      <w:hyperlink r:id="rId11">
        <w:r>
          <w:rPr>
            <w:color w:val="0000EE"/>
            <w:u w:val="single"/>
          </w:rPr>
          <w:t>https://www.cityam.com/vue-cinemas-ai-software-drives-admissions/</w:t>
        </w:r>
      </w:hyperlink>
      <w:r>
        <w:t xml:space="preserve"> - This source details how Vue Cinemas uses AI to create algorithm-driven film schedules, boosting admission numbers and profit, and plans to roll out this technology to other markets.</w:t>
      </w:r>
      <w:r/>
    </w:p>
    <w:p>
      <w:pPr>
        <w:pStyle w:val="ListNumber"/>
        <w:spacing w:line="240" w:lineRule="auto"/>
        <w:ind w:left="720"/>
      </w:pPr>
      <w:r/>
      <w:hyperlink r:id="rId12">
        <w:r>
          <w:rPr>
            <w:color w:val="0000EE"/>
            <w:u w:val="single"/>
          </w:rPr>
          <w:t>https://www.thembsgroup.co.uk/internal/cinema-a-promising-future-vue/</w:t>
        </w:r>
      </w:hyperlink>
      <w:r>
        <w:t xml:space="preserve"> - This article discusses Vue's use of AI to predict regional popularity of films, maximize scheduling opportunities, and show more diverse content, which supports the claim of using AI for scheduling and customer preferences.</w:t>
      </w:r>
      <w:r/>
    </w:p>
    <w:p>
      <w:pPr>
        <w:pStyle w:val="ListNumber"/>
        <w:spacing w:line="240" w:lineRule="auto"/>
        <w:ind w:left="720"/>
      </w:pPr>
      <w:r/>
      <w:hyperlink r:id="rId13">
        <w:r>
          <w:rPr>
            <w:color w:val="0000EE"/>
            <w:u w:val="single"/>
          </w:rPr>
          <w:t>https://www.screendaily.com/news/vue-considering-licensing-ai-model-to-other-exhibitors/5197373.article</w:t>
        </w:r>
      </w:hyperlink>
      <w:r>
        <w:t xml:space="preserve"> - This source provides insights into Vue's AI model, which has been in development for nearly a decade, and how it analyses data to tailor specific films for specific audiences, aligning with the article's claims about AI-driven scheduling.</w:t>
      </w:r>
      <w:r/>
    </w:p>
    <w:p>
      <w:pPr>
        <w:pStyle w:val="ListNumber"/>
        <w:spacing w:line="240" w:lineRule="auto"/>
        <w:ind w:left="720"/>
      </w:pPr>
      <w:r/>
      <w:hyperlink r:id="rId11">
        <w:r>
          <w:rPr>
            <w:color w:val="0000EE"/>
            <w:u w:val="single"/>
          </w:rPr>
          <w:t>https://www.cityam.com/vue-cinemas-ai-software-drives-admissions/</w:t>
        </w:r>
      </w:hyperlink>
      <w:r>
        <w:t xml:space="preserve"> - This article mentions the increase in admissions and revenue for Vue Cinemas due to AI-driven film scheduling, which supports the claim of surpassing competitors in ticket sales.</w:t>
      </w:r>
      <w:r/>
    </w:p>
    <w:p>
      <w:pPr>
        <w:pStyle w:val="ListNumber"/>
        <w:spacing w:line="240" w:lineRule="auto"/>
        <w:ind w:left="720"/>
      </w:pPr>
      <w:r/>
      <w:hyperlink r:id="rId10">
        <w:r>
          <w:rPr>
            <w:color w:val="0000EE"/>
            <w:u w:val="single"/>
          </w:rPr>
          <w:t>https://axies.digital/vue-international/</w:t>
        </w:r>
      </w:hyperlink>
      <w:r>
        <w:t xml:space="preserve"> - This source discusses how Vue's AI system helps in identifying trends and preferences, such as scheduling more family-friendly films during peak times, which is consistent with the article's description of AI usage.</w:t>
      </w:r>
      <w:r/>
    </w:p>
    <w:p>
      <w:pPr>
        <w:pStyle w:val="ListNumber"/>
        <w:spacing w:line="240" w:lineRule="auto"/>
        <w:ind w:left="720"/>
      </w:pPr>
      <w:r/>
      <w:hyperlink r:id="rId12">
        <w:r>
          <w:rPr>
            <w:color w:val="0000EE"/>
            <w:u w:val="single"/>
          </w:rPr>
          <w:t>https://www.thembsgroup.co.uk/internal/cinema-a-promising-future-vue/</w:t>
        </w:r>
      </w:hyperlink>
      <w:r>
        <w:t xml:space="preserve"> - This article highlights Tim Richards' comments on using AI to assess various factors including film demand and seating selection, aligning with the CEO's explanation in the provided text.</w:t>
      </w:r>
      <w:r/>
    </w:p>
    <w:p>
      <w:pPr>
        <w:pStyle w:val="ListNumber"/>
        <w:spacing w:line="240" w:lineRule="auto"/>
        <w:ind w:left="720"/>
      </w:pPr>
      <w:r/>
      <w:hyperlink r:id="rId11">
        <w:r>
          <w:rPr>
            <w:color w:val="0000EE"/>
            <w:u w:val="single"/>
          </w:rPr>
          <w:t>https://www.cityam.com/vue-cinemas-ai-software-drives-admissions/</w:t>
        </w:r>
      </w:hyperlink>
      <w:r>
        <w:t xml:space="preserve"> - This source mentions the recovery of the cinema industry post-pandemic, supported by blockbuster releases, which is in line with the article's mention of industry recovery.</w:t>
      </w:r>
      <w:r/>
    </w:p>
    <w:p>
      <w:pPr>
        <w:pStyle w:val="ListNumber"/>
        <w:spacing w:line="240" w:lineRule="auto"/>
        <w:ind w:left="720"/>
      </w:pPr>
      <w:r/>
      <w:hyperlink r:id="rId13">
        <w:r>
          <w:rPr>
            <w:color w:val="0000EE"/>
            <w:u w:val="single"/>
          </w:rPr>
          <w:t>https://www.screendaily.com/news/vue-considering-licensing-ai-model-to-other-exhibitors/5197373.article</w:t>
        </w:r>
      </w:hyperlink>
      <w:r>
        <w:t xml:space="preserve"> - This article assures that Vue’s AI system aggregates data without collecting individual personal details, addressing privacy concerns as mentioned in the text.</w:t>
      </w:r>
      <w:r/>
    </w:p>
    <w:p>
      <w:pPr>
        <w:pStyle w:val="ListNumber"/>
        <w:spacing w:line="240" w:lineRule="auto"/>
        <w:ind w:left="720"/>
      </w:pPr>
      <w:r/>
      <w:hyperlink r:id="rId12">
        <w:r>
          <w:rPr>
            <w:color w:val="0000EE"/>
            <w:u w:val="single"/>
          </w:rPr>
          <w:t>https://www.thembsgroup.co.uk/internal/cinema-a-promising-future-vue/</w:t>
        </w:r>
      </w:hyperlink>
      <w:r>
        <w:t xml:space="preserve"> - This source discusses Vue's plans to diversify its offerings by including alternative programming like music concerts, theatre, and sporting events, which is consistent with the article's mention of extended AI use.</w:t>
      </w:r>
      <w:r/>
    </w:p>
    <w:p>
      <w:pPr>
        <w:pStyle w:val="ListNumber"/>
        <w:spacing w:line="240" w:lineRule="auto"/>
        <w:ind w:left="720"/>
      </w:pPr>
      <w:r/>
      <w:hyperlink r:id="rId11">
        <w:r>
          <w:rPr>
            <w:color w:val="0000EE"/>
            <w:u w:val="single"/>
          </w:rPr>
          <w:t>https://www.cityam.com/vue-cinemas-ai-software-drives-admissions/</w:t>
        </w:r>
      </w:hyperlink>
      <w:r>
        <w:t xml:space="preserve"> - This article notes the competitive advantage Vue has gained through AI, with minor dips in revenue compared to larger declines experienced by competitors, aligning with the article's claims about competitive positioning.</w:t>
      </w:r>
      <w:r/>
    </w:p>
    <w:p>
      <w:pPr>
        <w:pStyle w:val="ListNumber"/>
        <w:spacing w:line="240" w:lineRule="auto"/>
        <w:ind w:left="720"/>
      </w:pPr>
      <w:r/>
      <w:hyperlink r:id="rId14">
        <w:r>
          <w:rPr>
            <w:color w:val="0000EE"/>
            <w:u w:val="single"/>
          </w:rPr>
          <w:t>https://www.dailymail.co.uk/sciencetech/article-14095807/popular-uk-cinema-ai-monitor-viewer.html?ns_mchannel=rss&amp;ns_campaign=1490&amp;ito=1490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xies.digital/vue-international/" TargetMode="External"/><Relationship Id="rId11" Type="http://schemas.openxmlformats.org/officeDocument/2006/relationships/hyperlink" Target="https://www.cityam.com/vue-cinemas-ai-software-drives-admissions/" TargetMode="External"/><Relationship Id="rId12" Type="http://schemas.openxmlformats.org/officeDocument/2006/relationships/hyperlink" Target="https://www.thembsgroup.co.uk/internal/cinema-a-promising-future-vue/" TargetMode="External"/><Relationship Id="rId13" Type="http://schemas.openxmlformats.org/officeDocument/2006/relationships/hyperlink" Target="https://www.screendaily.com/news/vue-considering-licensing-ai-model-to-other-exhibitors/5197373.article" TargetMode="External"/><Relationship Id="rId14" Type="http://schemas.openxmlformats.org/officeDocument/2006/relationships/hyperlink" Target="https://www.dailymail.co.uk/sciencetech/article-14095807/popular-uk-cinema-ai-monitor-viewer.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